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D140B5" w:rsidR="0036654C" w:rsidP="00ED504B" w:rsidRDefault="00106E6D" w14:paraId="543328C8" w14:textId="3B7B39BE">
      <w:pPr>
        <w:spacing w:after="0" w:line="240" w:lineRule="auto"/>
        <w:jc w:val="center"/>
        <w:rPr>
          <w:rFonts w:ascii="Roboto" w:hAnsi="Roboto" w:cstheme="majorHAnsi"/>
          <w:b/>
          <w:color w:val="113F67"/>
          <w:sz w:val="19"/>
          <w:szCs w:val="19"/>
          <w:lang w:val="fr-FR"/>
        </w:rPr>
      </w:pPr>
      <w:r w:rsidRPr="00D140B5">
        <w:rPr>
          <w:rFonts w:ascii="Roboto" w:hAnsi="Roboto" w:cstheme="majorHAnsi"/>
          <w:b/>
          <w:color w:val="113F67"/>
          <w:sz w:val="19"/>
          <w:szCs w:val="19"/>
          <w:lang w:val="fr-FR"/>
        </w:rPr>
        <w:t xml:space="preserve">CONDITIONS GÉNÉRALES </w:t>
      </w:r>
      <w:r w:rsidRPr="00D140B5" w:rsidR="0036654C">
        <w:rPr>
          <w:rFonts w:ascii="Roboto" w:hAnsi="Roboto" w:cstheme="majorHAnsi"/>
          <w:b/>
          <w:color w:val="113F67"/>
          <w:sz w:val="19"/>
          <w:szCs w:val="19"/>
          <w:lang w:val="fr-FR"/>
        </w:rPr>
        <w:t>(CG)</w:t>
      </w:r>
    </w:p>
    <w:p w:rsidRPr="00D140B5" w:rsidR="0036654C" w:rsidP="00ED504B" w:rsidRDefault="0036654C" w14:paraId="3ABE92A3" w14:textId="77777777">
      <w:pPr>
        <w:spacing w:after="0" w:line="240" w:lineRule="auto"/>
        <w:jc w:val="center"/>
        <w:rPr>
          <w:rFonts w:ascii="Roboto" w:hAnsi="Roboto" w:cstheme="majorHAnsi"/>
          <w:b/>
          <w:color w:val="113F67"/>
          <w:sz w:val="19"/>
          <w:szCs w:val="19"/>
          <w:lang w:val="fr-FR"/>
        </w:rPr>
      </w:pPr>
      <w:r w:rsidRPr="00D140B5">
        <w:rPr>
          <w:rFonts w:ascii="Roboto" w:hAnsi="Roboto" w:cstheme="majorHAnsi"/>
          <w:b/>
          <w:color w:val="113F67"/>
          <w:sz w:val="19"/>
          <w:szCs w:val="19"/>
          <w:lang w:val="fr-FR"/>
        </w:rPr>
        <w:t xml:space="preserve">PRESTATIONS DE LOCATION </w:t>
      </w:r>
    </w:p>
    <w:p w:rsidRPr="00D140B5" w:rsidR="009A3390" w:rsidP="00ED504B" w:rsidRDefault="0036654C" w14:paraId="16F6A0A9" w14:textId="08F5049C">
      <w:pPr>
        <w:spacing w:after="0" w:line="240" w:lineRule="auto"/>
        <w:jc w:val="center"/>
        <w:rPr>
          <w:rFonts w:ascii="Roboto" w:hAnsi="Roboto" w:cstheme="majorHAnsi"/>
          <w:b/>
          <w:color w:val="113F67"/>
          <w:sz w:val="19"/>
          <w:szCs w:val="19"/>
          <w:lang w:val="fr-FR"/>
        </w:rPr>
      </w:pPr>
      <w:r w:rsidRPr="00D140B5">
        <w:rPr>
          <w:rFonts w:ascii="Roboto" w:hAnsi="Roboto" w:cstheme="majorHAnsi"/>
          <w:b/>
          <w:color w:val="113F67"/>
          <w:sz w:val="19"/>
          <w:szCs w:val="19"/>
          <w:lang w:val="fr-FR"/>
        </w:rPr>
        <w:t>DE MATÉRIEL DE GRAVEL ET BIKEPACKING</w:t>
      </w:r>
    </w:p>
    <w:p w:rsidRPr="00D140B5" w:rsidR="006F2D3A" w:rsidP="00ED504B" w:rsidRDefault="006F2D3A" w14:paraId="5C21421A" w14:textId="77777777">
      <w:pPr>
        <w:spacing w:after="0" w:line="240" w:lineRule="auto"/>
        <w:jc w:val="center"/>
        <w:rPr>
          <w:rFonts w:ascii="Roboto" w:hAnsi="Roboto" w:cstheme="majorHAnsi"/>
          <w:sz w:val="19"/>
          <w:szCs w:val="19"/>
          <w:lang w:val="fr-FR"/>
        </w:rPr>
      </w:pPr>
    </w:p>
    <w:p w:rsidRPr="00D140B5" w:rsidR="00D27C60" w:rsidP="00ED504B" w:rsidRDefault="00106E6D" w14:paraId="445FFEDF" w14:textId="08AA42B3">
      <w:pPr>
        <w:spacing w:after="0" w:line="240" w:lineRule="auto"/>
        <w:jc w:val="right"/>
        <w:rPr>
          <w:rFonts w:ascii="Roboto" w:hAnsi="Roboto" w:cstheme="majorHAnsi"/>
          <w:i/>
          <w:sz w:val="19"/>
          <w:szCs w:val="19"/>
          <w:lang w:val="fr-FR"/>
        </w:rPr>
      </w:pPr>
      <w:r w:rsidRPr="00D140B5">
        <w:rPr>
          <w:rFonts w:ascii="Roboto" w:hAnsi="Roboto" w:cstheme="majorHAnsi"/>
          <w:i/>
          <w:sz w:val="19"/>
          <w:szCs w:val="19"/>
          <w:lang w:val="fr-FR"/>
        </w:rPr>
        <w:t xml:space="preserve">SPL ALTEC (Destination Angers) — En vigueur au </w:t>
      </w:r>
      <w:r w:rsidRPr="00D140B5" w:rsidR="006F2D3A">
        <w:rPr>
          <w:rFonts w:ascii="Roboto" w:hAnsi="Roboto" w:cstheme="majorHAnsi"/>
          <w:i/>
          <w:sz w:val="19"/>
          <w:szCs w:val="19"/>
          <w:lang w:val="fr-FR"/>
        </w:rPr>
        <w:t>30</w:t>
      </w:r>
      <w:r w:rsidRPr="00D140B5">
        <w:rPr>
          <w:rFonts w:ascii="Roboto" w:hAnsi="Roboto" w:cstheme="majorHAnsi"/>
          <w:i/>
          <w:sz w:val="19"/>
          <w:szCs w:val="19"/>
          <w:lang w:val="fr-FR"/>
        </w:rPr>
        <w:t xml:space="preserve"> juin 2026</w:t>
      </w:r>
    </w:p>
    <w:p w:rsidRPr="00D140B5" w:rsidR="00D27C60" w:rsidP="00ED504B" w:rsidRDefault="00D27C60" w14:paraId="31C18814" w14:textId="77777777">
      <w:pPr>
        <w:pStyle w:val="Corpsdetexte"/>
        <w:spacing w:after="0" w:line="240" w:lineRule="auto"/>
        <w:rPr>
          <w:rFonts w:ascii="Roboto" w:hAnsi="Roboto" w:cstheme="majorHAnsi"/>
          <w:b/>
          <w:sz w:val="19"/>
          <w:szCs w:val="19"/>
          <w:lang w:val="fr-FR"/>
        </w:rPr>
      </w:pPr>
      <w:r w:rsidRPr="00D140B5">
        <w:rPr>
          <w:rFonts w:ascii="Roboto" w:hAnsi="Roboto" w:cstheme="majorHAnsi"/>
          <w:b/>
          <w:noProof/>
          <w:sz w:val="19"/>
          <w:szCs w:val="19"/>
          <w:lang w:val="fr-FR"/>
        </w:rPr>
        <mc:AlternateContent>
          <mc:Choice Requires="wps">
            <w:drawing>
              <wp:anchor distT="0" distB="0" distL="0" distR="0" simplePos="0" relativeHeight="251657728" behindDoc="1" locked="0" layoutInCell="1" allowOverlap="1" wp14:anchorId="2C47D102" wp14:editId="5A2A0388">
                <wp:simplePos x="0" y="0"/>
                <wp:positionH relativeFrom="page">
                  <wp:posOffset>720088</wp:posOffset>
                </wp:positionH>
                <wp:positionV relativeFrom="paragraph">
                  <wp:posOffset>189717</wp:posOffset>
                </wp:positionV>
                <wp:extent cx="609917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917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w14:anchorId="39AEAB1D">
              <v:shape id="Graphic 2" style="position:absolute;margin-left:56.7pt;margin-top:14.95pt;width:480.2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099175,1270" o:spid="_x0000_s1026" filled="f" strokeweight=".5pt" path="m,l60991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" w14:anchorId="72248785">
                <v:path arrowok="t"/>
                <w10:wrap type="topAndBottom" anchorx="page"/>
              </v:shape>
            </w:pict>
          </mc:Fallback>
        </mc:AlternateContent>
      </w:r>
    </w:p>
    <w:p w:rsidRPr="00D140B5" w:rsidR="00D27C60" w:rsidP="00ED504B" w:rsidRDefault="00D27C60" w14:paraId="688E43A6" w14:textId="77777777">
      <w:pPr>
        <w:pStyle w:val="Corpsdetexte"/>
        <w:spacing w:after="0" w:line="240" w:lineRule="auto"/>
        <w:rPr>
          <w:rFonts w:ascii="Roboto" w:hAnsi="Roboto" w:cstheme="majorHAnsi"/>
          <w:b/>
          <w:sz w:val="19"/>
          <w:szCs w:val="19"/>
          <w:lang w:val="fr-FR"/>
        </w:rPr>
      </w:pPr>
    </w:p>
    <w:p w:rsidRPr="00D140B5" w:rsidR="00D27C60" w:rsidP="00ED504B" w:rsidRDefault="00D27C60" w14:paraId="34C63616" w14:textId="73488D60">
      <w:pPr>
        <w:spacing w:after="0" w:line="240" w:lineRule="auto"/>
        <w:ind w:left="140"/>
        <w:rPr>
          <w:rFonts w:ascii="Roboto" w:hAnsi="Roboto" w:cstheme="majorHAnsi"/>
          <w:color w:val="333D46"/>
          <w:spacing w:val="-2"/>
          <w:sz w:val="19"/>
          <w:szCs w:val="19"/>
          <w:lang w:val="fr-FR"/>
        </w:rPr>
      </w:pPr>
      <w:r w:rsidRPr="00D140B5">
        <w:rPr>
          <w:rFonts w:ascii="Roboto" w:hAnsi="Roboto" w:cstheme="majorHAnsi"/>
          <w:b/>
          <w:color w:val="333D46"/>
          <w:sz w:val="19"/>
          <w:szCs w:val="19"/>
          <w:lang w:val="fr-FR"/>
        </w:rPr>
        <w:t>Conditions</w:t>
      </w:r>
      <w:r w:rsidRPr="00D140B5">
        <w:rPr>
          <w:rFonts w:ascii="Roboto" w:hAnsi="Roboto" w:cstheme="majorHAnsi"/>
          <w:b/>
          <w:color w:val="333D46"/>
          <w:spacing w:val="-9"/>
          <w:sz w:val="19"/>
          <w:szCs w:val="19"/>
          <w:lang w:val="fr-FR"/>
        </w:rPr>
        <w:t xml:space="preserve"> </w:t>
      </w:r>
      <w:r w:rsidRPr="00D140B5">
        <w:rPr>
          <w:rFonts w:ascii="Roboto" w:hAnsi="Roboto" w:cstheme="majorHAnsi"/>
          <w:b/>
          <w:color w:val="333D46"/>
          <w:sz w:val="19"/>
          <w:szCs w:val="19"/>
          <w:lang w:val="fr-FR"/>
        </w:rPr>
        <w:t>générales (CG)</w:t>
      </w:r>
      <w:r w:rsidRPr="00D140B5">
        <w:rPr>
          <w:rFonts w:ascii="Roboto" w:hAnsi="Roboto" w:cstheme="majorHAnsi"/>
          <w:b/>
          <w:color w:val="333D46"/>
          <w:spacing w:val="-9"/>
          <w:sz w:val="19"/>
          <w:szCs w:val="19"/>
          <w:lang w:val="fr-FR"/>
        </w:rPr>
        <w:t xml:space="preserve"> </w:t>
      </w:r>
      <w:r w:rsidRPr="00D140B5">
        <w:rPr>
          <w:rFonts w:ascii="Roboto" w:hAnsi="Roboto" w:cstheme="majorHAnsi"/>
          <w:color w:val="333D46"/>
          <w:sz w:val="19"/>
          <w:szCs w:val="19"/>
          <w:lang w:val="fr-FR"/>
        </w:rPr>
        <w:t>/</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pacing w:val="-2"/>
          <w:sz w:val="19"/>
          <w:szCs w:val="19"/>
          <w:lang w:val="fr-FR"/>
        </w:rPr>
        <w:t xml:space="preserve">Prestations de location de matériel de </w:t>
      </w:r>
      <w:proofErr w:type="spellStart"/>
      <w:r w:rsidRPr="00D140B5">
        <w:rPr>
          <w:rFonts w:ascii="Roboto" w:hAnsi="Roboto" w:cstheme="majorHAnsi"/>
          <w:color w:val="333D46"/>
          <w:spacing w:val="-2"/>
          <w:sz w:val="19"/>
          <w:szCs w:val="19"/>
          <w:lang w:val="fr-FR"/>
        </w:rPr>
        <w:t>gravel</w:t>
      </w:r>
      <w:proofErr w:type="spellEnd"/>
      <w:r w:rsidRPr="00D140B5">
        <w:rPr>
          <w:rFonts w:ascii="Roboto" w:hAnsi="Roboto" w:cstheme="majorHAnsi"/>
          <w:color w:val="333D46"/>
          <w:spacing w:val="-2"/>
          <w:sz w:val="19"/>
          <w:szCs w:val="19"/>
          <w:lang w:val="fr-FR"/>
        </w:rPr>
        <w:t xml:space="preserve"> et </w:t>
      </w:r>
      <w:proofErr w:type="spellStart"/>
      <w:r w:rsidRPr="00D140B5">
        <w:rPr>
          <w:rFonts w:ascii="Roboto" w:hAnsi="Roboto" w:cstheme="majorHAnsi"/>
          <w:color w:val="333D46"/>
          <w:spacing w:val="-2"/>
          <w:sz w:val="19"/>
          <w:szCs w:val="19"/>
          <w:lang w:val="fr-FR"/>
        </w:rPr>
        <w:t>bikepacking</w:t>
      </w:r>
      <w:proofErr w:type="spellEnd"/>
      <w:r w:rsidRPr="00D140B5">
        <w:rPr>
          <w:rFonts w:ascii="Roboto" w:hAnsi="Roboto" w:cstheme="majorHAnsi"/>
          <w:color w:val="333D46"/>
          <w:spacing w:val="-2"/>
          <w:sz w:val="19"/>
          <w:szCs w:val="19"/>
          <w:lang w:val="fr-FR"/>
        </w:rPr>
        <w:t>.</w:t>
      </w:r>
    </w:p>
    <w:p w:rsidRPr="00D140B5" w:rsidR="00D27C60" w:rsidP="00ED504B" w:rsidRDefault="00D27C60" w14:paraId="3315AA5B" w14:textId="77777777">
      <w:pPr>
        <w:pStyle w:val="Corpsdetexte"/>
        <w:spacing w:after="0" w:line="240" w:lineRule="auto"/>
        <w:rPr>
          <w:rFonts w:ascii="Roboto" w:hAnsi="Roboto" w:cstheme="majorHAnsi"/>
          <w:sz w:val="19"/>
          <w:szCs w:val="19"/>
          <w:lang w:val="fr-FR"/>
        </w:rPr>
      </w:pPr>
    </w:p>
    <w:p w:rsidRPr="00D140B5" w:rsidR="00D27C60" w:rsidP="00ED504B" w:rsidRDefault="00D27C60" w14:paraId="52E5ED49" w14:textId="279FD719">
      <w:pPr>
        <w:spacing w:after="0" w:line="240" w:lineRule="auto"/>
        <w:ind w:left="140"/>
        <w:rPr>
          <w:rFonts w:ascii="Roboto" w:hAnsi="Roboto" w:cstheme="majorHAnsi"/>
          <w:sz w:val="19"/>
          <w:szCs w:val="19"/>
          <w:lang w:val="fr-FR"/>
        </w:rPr>
      </w:pPr>
      <w:r w:rsidRPr="00D140B5">
        <w:rPr>
          <w:rFonts w:ascii="Roboto" w:hAnsi="Roboto" w:cstheme="majorHAnsi"/>
          <w:b/>
          <w:color w:val="333D46"/>
          <w:sz w:val="19"/>
          <w:szCs w:val="19"/>
          <w:lang w:val="fr-FR"/>
        </w:rPr>
        <w:t>SPL</w:t>
      </w:r>
      <w:r w:rsidRPr="00D140B5">
        <w:rPr>
          <w:rFonts w:ascii="Roboto" w:hAnsi="Roboto" w:cstheme="majorHAnsi"/>
          <w:b/>
          <w:color w:val="333D46"/>
          <w:spacing w:val="-7"/>
          <w:sz w:val="19"/>
          <w:szCs w:val="19"/>
          <w:lang w:val="fr-FR"/>
        </w:rPr>
        <w:t xml:space="preserve"> </w:t>
      </w:r>
      <w:r w:rsidRPr="00D140B5">
        <w:rPr>
          <w:rFonts w:ascii="Roboto" w:hAnsi="Roboto" w:cstheme="majorHAnsi"/>
          <w:b/>
          <w:color w:val="333D46"/>
          <w:sz w:val="19"/>
          <w:szCs w:val="19"/>
          <w:lang w:val="fr-FR"/>
        </w:rPr>
        <w:t>ALTEC,</w:t>
      </w:r>
      <w:r w:rsidRPr="00D140B5">
        <w:rPr>
          <w:rFonts w:ascii="Roboto" w:hAnsi="Roboto" w:cstheme="majorHAnsi"/>
          <w:b/>
          <w:color w:val="333D46"/>
          <w:spacing w:val="-8"/>
          <w:sz w:val="19"/>
          <w:szCs w:val="19"/>
          <w:lang w:val="fr-FR"/>
        </w:rPr>
        <w:t xml:space="preserve"> </w:t>
      </w:r>
      <w:r w:rsidRPr="00D140B5">
        <w:rPr>
          <w:rFonts w:ascii="Roboto" w:hAnsi="Roboto" w:cstheme="majorHAnsi"/>
          <w:color w:val="333D46"/>
          <w:sz w:val="19"/>
          <w:szCs w:val="19"/>
          <w:lang w:val="fr-FR"/>
        </w:rPr>
        <w:t>au</w:t>
      </w:r>
      <w:r w:rsidRPr="00D140B5">
        <w:rPr>
          <w:rFonts w:ascii="Roboto" w:hAnsi="Roboto" w:cstheme="majorHAnsi"/>
          <w:color w:val="333D46"/>
          <w:spacing w:val="-6"/>
          <w:sz w:val="19"/>
          <w:szCs w:val="19"/>
          <w:lang w:val="fr-FR"/>
        </w:rPr>
        <w:t xml:space="preserve"> </w:t>
      </w:r>
      <w:r w:rsidRPr="00D140B5">
        <w:rPr>
          <w:rFonts w:ascii="Roboto" w:hAnsi="Roboto" w:cstheme="majorHAnsi"/>
          <w:color w:val="333D46"/>
          <w:sz w:val="19"/>
          <w:szCs w:val="19"/>
          <w:lang w:val="fr-FR"/>
        </w:rPr>
        <w:t>capital</w:t>
      </w:r>
      <w:r w:rsidRPr="00D140B5">
        <w:rPr>
          <w:rFonts w:ascii="Roboto" w:hAnsi="Roboto" w:cstheme="majorHAnsi"/>
          <w:color w:val="333D46"/>
          <w:spacing w:val="-8"/>
          <w:sz w:val="19"/>
          <w:szCs w:val="19"/>
          <w:lang w:val="fr-FR"/>
        </w:rPr>
        <w:t xml:space="preserve"> </w:t>
      </w:r>
      <w:r w:rsidRPr="00D140B5">
        <w:rPr>
          <w:rFonts w:ascii="Roboto" w:hAnsi="Roboto" w:cstheme="majorHAnsi"/>
          <w:color w:val="333D46"/>
          <w:sz w:val="19"/>
          <w:szCs w:val="19"/>
          <w:lang w:val="fr-FR"/>
        </w:rPr>
        <w:t>de</w:t>
      </w:r>
      <w:r w:rsidRPr="00D140B5">
        <w:rPr>
          <w:rFonts w:ascii="Roboto" w:hAnsi="Roboto" w:cstheme="majorHAnsi"/>
          <w:color w:val="333D46"/>
          <w:spacing w:val="-6"/>
          <w:sz w:val="19"/>
          <w:szCs w:val="19"/>
          <w:lang w:val="fr-FR"/>
        </w:rPr>
        <w:t xml:space="preserve"> </w:t>
      </w:r>
      <w:r w:rsidRPr="00D140B5">
        <w:rPr>
          <w:rFonts w:ascii="Roboto" w:hAnsi="Roboto" w:cstheme="majorHAnsi"/>
          <w:color w:val="333D46"/>
          <w:sz w:val="19"/>
          <w:szCs w:val="19"/>
          <w:lang w:val="fr-FR"/>
        </w:rPr>
        <w:t>1</w:t>
      </w:r>
      <w:r w:rsidRPr="00D140B5">
        <w:rPr>
          <w:rFonts w:ascii="Roboto" w:hAnsi="Roboto" w:cstheme="majorHAnsi"/>
          <w:color w:val="333D46"/>
          <w:spacing w:val="-8"/>
          <w:sz w:val="19"/>
          <w:szCs w:val="19"/>
          <w:lang w:val="fr-FR"/>
        </w:rPr>
        <w:t xml:space="preserve"> </w:t>
      </w:r>
      <w:r w:rsidRPr="00D140B5">
        <w:rPr>
          <w:rFonts w:ascii="Roboto" w:hAnsi="Roboto" w:cstheme="majorHAnsi"/>
          <w:color w:val="333D46"/>
          <w:sz w:val="19"/>
          <w:szCs w:val="19"/>
          <w:lang w:val="fr-FR"/>
        </w:rPr>
        <w:t>500</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z w:val="19"/>
          <w:szCs w:val="19"/>
          <w:lang w:val="fr-FR"/>
        </w:rPr>
        <w:t>000</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z w:val="19"/>
          <w:szCs w:val="19"/>
          <w:lang w:val="fr-FR"/>
        </w:rPr>
        <w:t>euros,</w:t>
      </w:r>
      <w:r w:rsidRPr="00D140B5">
        <w:rPr>
          <w:rFonts w:ascii="Roboto" w:hAnsi="Roboto" w:cstheme="majorHAnsi"/>
          <w:color w:val="333D46"/>
          <w:spacing w:val="-6"/>
          <w:sz w:val="19"/>
          <w:szCs w:val="19"/>
          <w:lang w:val="fr-FR"/>
        </w:rPr>
        <w:t xml:space="preserve"> </w:t>
      </w:r>
      <w:r w:rsidRPr="00D140B5">
        <w:rPr>
          <w:rFonts w:ascii="Roboto" w:hAnsi="Roboto" w:cstheme="majorHAnsi"/>
          <w:color w:val="333D46"/>
          <w:sz w:val="19"/>
          <w:szCs w:val="19"/>
          <w:lang w:val="fr-FR"/>
        </w:rPr>
        <w:t>immatriculée</w:t>
      </w:r>
      <w:r w:rsidRPr="00D140B5">
        <w:rPr>
          <w:rFonts w:ascii="Roboto" w:hAnsi="Roboto" w:cstheme="majorHAnsi"/>
          <w:color w:val="333D46"/>
          <w:spacing w:val="-6"/>
          <w:sz w:val="19"/>
          <w:szCs w:val="19"/>
          <w:lang w:val="fr-FR"/>
        </w:rPr>
        <w:t xml:space="preserve"> </w:t>
      </w:r>
      <w:r w:rsidRPr="00D140B5">
        <w:rPr>
          <w:rFonts w:ascii="Roboto" w:hAnsi="Roboto" w:cstheme="majorHAnsi"/>
          <w:color w:val="333D46"/>
          <w:sz w:val="19"/>
          <w:szCs w:val="19"/>
          <w:lang w:val="fr-FR"/>
        </w:rPr>
        <w:t>au</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z w:val="19"/>
          <w:szCs w:val="19"/>
          <w:lang w:val="fr-FR"/>
        </w:rPr>
        <w:t>RCS</w:t>
      </w:r>
      <w:r w:rsidRPr="00D140B5">
        <w:rPr>
          <w:rFonts w:ascii="Roboto" w:hAnsi="Roboto" w:cstheme="majorHAnsi"/>
          <w:color w:val="333D46"/>
          <w:spacing w:val="-6"/>
          <w:sz w:val="19"/>
          <w:szCs w:val="19"/>
          <w:lang w:val="fr-FR"/>
        </w:rPr>
        <w:t xml:space="preserve"> </w:t>
      </w:r>
      <w:r w:rsidRPr="00D140B5">
        <w:rPr>
          <w:rFonts w:ascii="Roboto" w:hAnsi="Roboto" w:cstheme="majorHAnsi"/>
          <w:color w:val="333D46"/>
          <w:sz w:val="19"/>
          <w:szCs w:val="19"/>
          <w:lang w:val="fr-FR"/>
        </w:rPr>
        <w:t>d’Angers</w:t>
      </w:r>
      <w:r w:rsidRPr="00D140B5">
        <w:rPr>
          <w:rFonts w:ascii="Roboto" w:hAnsi="Roboto" w:cstheme="majorHAnsi"/>
          <w:color w:val="333D46"/>
          <w:spacing w:val="-8"/>
          <w:sz w:val="19"/>
          <w:szCs w:val="19"/>
          <w:lang w:val="fr-FR"/>
        </w:rPr>
        <w:t xml:space="preserve"> </w:t>
      </w:r>
      <w:r w:rsidRPr="00D140B5">
        <w:rPr>
          <w:rFonts w:ascii="Roboto" w:hAnsi="Roboto" w:cstheme="majorHAnsi"/>
          <w:color w:val="333D46"/>
          <w:sz w:val="19"/>
          <w:szCs w:val="19"/>
          <w:lang w:val="fr-FR"/>
        </w:rPr>
        <w:t>sous</w:t>
      </w:r>
      <w:r w:rsidRPr="00D140B5">
        <w:rPr>
          <w:rFonts w:ascii="Roboto" w:hAnsi="Roboto" w:cstheme="majorHAnsi"/>
          <w:color w:val="333D46"/>
          <w:spacing w:val="-8"/>
          <w:sz w:val="19"/>
          <w:szCs w:val="19"/>
          <w:lang w:val="fr-FR"/>
        </w:rPr>
        <w:t xml:space="preserve"> </w:t>
      </w:r>
      <w:r w:rsidRPr="00D140B5">
        <w:rPr>
          <w:rFonts w:ascii="Roboto" w:hAnsi="Roboto" w:cstheme="majorHAnsi"/>
          <w:color w:val="333D46"/>
          <w:sz w:val="19"/>
          <w:szCs w:val="19"/>
          <w:lang w:val="fr-FR"/>
        </w:rPr>
        <w:t>le</w:t>
      </w:r>
      <w:r w:rsidRPr="00D140B5">
        <w:rPr>
          <w:rFonts w:ascii="Roboto" w:hAnsi="Roboto" w:cstheme="majorHAnsi"/>
          <w:color w:val="333D46"/>
          <w:spacing w:val="-6"/>
          <w:sz w:val="19"/>
          <w:szCs w:val="19"/>
          <w:lang w:val="fr-FR"/>
        </w:rPr>
        <w:t xml:space="preserve"> </w:t>
      </w:r>
      <w:r w:rsidRPr="00D140B5">
        <w:rPr>
          <w:rFonts w:ascii="Roboto" w:hAnsi="Roboto" w:cstheme="majorHAnsi"/>
          <w:color w:val="333D46"/>
          <w:sz w:val="19"/>
          <w:szCs w:val="19"/>
          <w:lang w:val="fr-FR"/>
        </w:rPr>
        <w:t>n°830</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z w:val="19"/>
          <w:szCs w:val="19"/>
          <w:lang w:val="fr-FR"/>
        </w:rPr>
        <w:t>955</w:t>
      </w:r>
      <w:r w:rsidRPr="00D140B5">
        <w:rPr>
          <w:rFonts w:ascii="Roboto" w:hAnsi="Roboto" w:cstheme="majorHAnsi"/>
          <w:color w:val="333D46"/>
          <w:spacing w:val="-8"/>
          <w:sz w:val="19"/>
          <w:szCs w:val="19"/>
          <w:lang w:val="fr-FR"/>
        </w:rPr>
        <w:t xml:space="preserve"> </w:t>
      </w:r>
      <w:r w:rsidRPr="00D140B5">
        <w:rPr>
          <w:rFonts w:ascii="Roboto" w:hAnsi="Roboto" w:cstheme="majorHAnsi"/>
          <w:color w:val="333D46"/>
          <w:spacing w:val="-5"/>
          <w:sz w:val="19"/>
          <w:szCs w:val="19"/>
          <w:lang w:val="fr-FR"/>
        </w:rPr>
        <w:t>068.</w:t>
      </w:r>
      <w:r w:rsidRPr="00D140B5">
        <w:rPr>
          <w:rFonts w:ascii="Roboto" w:hAnsi="Roboto" w:cstheme="majorHAnsi"/>
          <w:noProof/>
          <w:sz w:val="19"/>
          <w:szCs w:val="19"/>
          <w:lang w:val="fr-FR"/>
        </w:rPr>
        <mc:AlternateContent>
          <mc:Choice Requires="wps">
            <w:drawing>
              <wp:anchor distT="0" distB="0" distL="0" distR="0" simplePos="0" relativeHeight="251664896" behindDoc="1" locked="0" layoutInCell="1" allowOverlap="1" wp14:anchorId="18D64F07" wp14:editId="70A2721E">
                <wp:simplePos x="0" y="0"/>
                <wp:positionH relativeFrom="page">
                  <wp:posOffset>720088</wp:posOffset>
                </wp:positionH>
                <wp:positionV relativeFrom="paragraph">
                  <wp:posOffset>265668</wp:posOffset>
                </wp:positionV>
                <wp:extent cx="60991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917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w14:anchorId="617EF253">
              <v:shape id="Graphic 3" style="position:absolute;margin-left:56.7pt;margin-top:20.9pt;width:480.2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6099175,1270" o:spid="_x0000_s1026" filled="f" strokeweight=".5pt" path="m,l60991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" w14:anchorId="219B71A5">
                <v:path arrowok="t"/>
                <w10:wrap type="topAndBottom" anchorx="page"/>
              </v:shape>
            </w:pict>
          </mc:Fallback>
        </mc:AlternateContent>
      </w:r>
    </w:p>
    <w:p w:rsidRPr="00D140B5" w:rsidR="00C851E8" w:rsidP="00ED504B" w:rsidRDefault="00C851E8" w14:paraId="560B2CE6" w14:textId="77777777">
      <w:pPr>
        <w:spacing w:after="0" w:line="240" w:lineRule="auto"/>
        <w:jc w:val="both"/>
        <w:rPr>
          <w:rFonts w:ascii="Roboto" w:hAnsi="Roboto" w:cstheme="majorHAnsi"/>
          <w:sz w:val="19"/>
          <w:szCs w:val="19"/>
          <w:lang w:val="fr-FR"/>
        </w:rPr>
      </w:pPr>
    </w:p>
    <w:p w:rsidRPr="00D140B5" w:rsidR="00F813E1" w:rsidP="00ED504B" w:rsidRDefault="00F813E1" w14:paraId="687CB725" w14:textId="77777777">
      <w:pPr>
        <w:spacing w:after="0" w:line="240" w:lineRule="auto"/>
        <w:jc w:val="both"/>
        <w:rPr>
          <w:rFonts w:ascii="Roboto" w:hAnsi="Roboto" w:cstheme="majorHAnsi"/>
          <w:sz w:val="19"/>
          <w:szCs w:val="19"/>
          <w:lang w:val="fr-FR"/>
        </w:rPr>
        <w:sectPr w:rsidRPr="00D140B5" w:rsidR="00F813E1" w:rsidSect="00F813E1">
          <w:headerReference w:type="default" r:id="rId8"/>
          <w:footerReference w:type="default" r:id="rId9"/>
          <w:pgSz w:w="12240" w:h="15840" w:orient="portrait"/>
          <w:pgMar w:top="1701" w:right="1152" w:bottom="1152" w:left="1152" w:header="284" w:footer="720" w:gutter="0"/>
          <w:cols w:space="720"/>
          <w:docGrid w:linePitch="360"/>
        </w:sectPr>
      </w:pPr>
    </w:p>
    <w:p w:rsidRPr="00D140B5" w:rsidR="00D27C60" w:rsidP="00ED504B" w:rsidRDefault="00D27C60" w14:paraId="62D7FD5D" w14:textId="77777777">
      <w:pPr>
        <w:pStyle w:val="Titre4"/>
        <w:spacing w:before="0" w:line="240" w:lineRule="auto"/>
        <w:jc w:val="both"/>
        <w:rPr>
          <w:rFonts w:ascii="Roboto" w:hAnsi="Roboto" w:cstheme="majorHAnsi"/>
          <w:sz w:val="19"/>
          <w:szCs w:val="19"/>
          <w:lang w:val="fr-FR"/>
        </w:rPr>
      </w:pPr>
      <w:r w:rsidRPr="00D140B5">
        <w:rPr>
          <w:rFonts w:ascii="Roboto" w:hAnsi="Roboto" w:cstheme="majorHAnsi"/>
          <w:color w:val="333D46"/>
          <w:spacing w:val="-2"/>
          <w:sz w:val="19"/>
          <w:szCs w:val="19"/>
          <w:lang w:val="fr-FR"/>
        </w:rPr>
        <w:t>Préambule</w:t>
      </w:r>
    </w:p>
    <w:p w:rsidRPr="00D140B5" w:rsidR="00D27C60" w:rsidP="00ED504B" w:rsidRDefault="00D27C60" w14:paraId="131FB10E" w14:textId="7061BC38">
      <w:pPr>
        <w:pStyle w:val="Corpsdetexte"/>
        <w:spacing w:after="0" w:line="240" w:lineRule="auto"/>
        <w:jc w:val="both"/>
        <w:rPr>
          <w:rFonts w:ascii="Roboto" w:hAnsi="Roboto" w:cstheme="majorHAnsi"/>
          <w:color w:val="333D46"/>
          <w:sz w:val="19"/>
          <w:szCs w:val="19"/>
          <w:lang w:val="fr-FR"/>
        </w:rPr>
      </w:pPr>
      <w:r w:rsidRPr="00D140B5">
        <w:rPr>
          <w:rFonts w:ascii="Roboto" w:hAnsi="Roboto" w:cstheme="majorHAnsi"/>
          <w:color w:val="333D46"/>
          <w:sz w:val="19"/>
          <w:szCs w:val="19"/>
          <w:lang w:val="fr-FR"/>
        </w:rPr>
        <w:t>La société Angers</w:t>
      </w:r>
      <w:r w:rsidRPr="00D140B5">
        <w:rPr>
          <w:rFonts w:ascii="Roboto" w:hAnsi="Roboto" w:cstheme="majorHAnsi"/>
          <w:color w:val="333D46"/>
          <w:spacing w:val="-2"/>
          <w:sz w:val="19"/>
          <w:szCs w:val="19"/>
          <w:lang w:val="fr-FR"/>
        </w:rPr>
        <w:t xml:space="preserve"> </w:t>
      </w:r>
      <w:r w:rsidRPr="00D140B5">
        <w:rPr>
          <w:rFonts w:ascii="Roboto" w:hAnsi="Roboto" w:cstheme="majorHAnsi"/>
          <w:color w:val="333D46"/>
          <w:sz w:val="19"/>
          <w:szCs w:val="19"/>
          <w:lang w:val="fr-FR"/>
        </w:rPr>
        <w:t>Loire Tourisme</w:t>
      </w:r>
      <w:r w:rsidRPr="00D140B5">
        <w:rPr>
          <w:rFonts w:ascii="Roboto" w:hAnsi="Roboto" w:cstheme="majorHAnsi"/>
          <w:color w:val="333D46"/>
          <w:spacing w:val="-2"/>
          <w:sz w:val="19"/>
          <w:szCs w:val="19"/>
          <w:lang w:val="fr-FR"/>
        </w:rPr>
        <w:t xml:space="preserve"> </w:t>
      </w:r>
      <w:r w:rsidRPr="00D140B5">
        <w:rPr>
          <w:rFonts w:ascii="Roboto" w:hAnsi="Roboto" w:cstheme="majorHAnsi"/>
          <w:color w:val="333D46"/>
          <w:sz w:val="19"/>
          <w:szCs w:val="19"/>
          <w:lang w:val="fr-FR"/>
        </w:rPr>
        <w:t>Expo Congrès (ALTEC) est</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z w:val="19"/>
          <w:szCs w:val="19"/>
          <w:lang w:val="fr-FR"/>
        </w:rPr>
        <w:t>une</w:t>
      </w:r>
      <w:r w:rsidRPr="00D140B5">
        <w:rPr>
          <w:rFonts w:ascii="Roboto" w:hAnsi="Roboto" w:cstheme="majorHAnsi"/>
          <w:color w:val="333D46"/>
          <w:spacing w:val="12"/>
          <w:sz w:val="19"/>
          <w:szCs w:val="19"/>
          <w:lang w:val="fr-FR"/>
        </w:rPr>
        <w:t xml:space="preserve"> </w:t>
      </w:r>
      <w:r w:rsidRPr="00D140B5">
        <w:rPr>
          <w:rFonts w:ascii="Roboto" w:hAnsi="Roboto" w:cstheme="majorHAnsi"/>
          <w:color w:val="333D46"/>
          <w:sz w:val="19"/>
          <w:szCs w:val="19"/>
          <w:lang w:val="fr-FR"/>
        </w:rPr>
        <w:t>Société</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Anonyme</w:t>
      </w:r>
      <w:r w:rsidRPr="00D140B5">
        <w:rPr>
          <w:rFonts w:ascii="Roboto" w:hAnsi="Roboto" w:cstheme="majorHAnsi"/>
          <w:color w:val="333D46"/>
          <w:spacing w:val="12"/>
          <w:sz w:val="19"/>
          <w:szCs w:val="19"/>
          <w:lang w:val="fr-FR"/>
        </w:rPr>
        <w:t xml:space="preserve"> </w:t>
      </w:r>
      <w:r w:rsidRPr="00D140B5">
        <w:rPr>
          <w:rFonts w:ascii="Roboto" w:hAnsi="Roboto" w:cstheme="majorHAnsi"/>
          <w:color w:val="333D46"/>
          <w:sz w:val="19"/>
          <w:szCs w:val="19"/>
          <w:lang w:val="fr-FR"/>
        </w:rPr>
        <w:t>Publique</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Locale</w:t>
      </w:r>
      <w:r w:rsidRPr="00D140B5">
        <w:rPr>
          <w:rFonts w:ascii="Roboto" w:hAnsi="Roboto" w:cstheme="majorHAnsi"/>
          <w:color w:val="333D46"/>
          <w:spacing w:val="12"/>
          <w:sz w:val="19"/>
          <w:szCs w:val="19"/>
          <w:lang w:val="fr-FR"/>
        </w:rPr>
        <w:t xml:space="preserve"> </w:t>
      </w:r>
      <w:r w:rsidRPr="00D140B5">
        <w:rPr>
          <w:rFonts w:ascii="Roboto" w:hAnsi="Roboto" w:cstheme="majorHAnsi"/>
          <w:color w:val="333D46"/>
          <w:sz w:val="19"/>
          <w:szCs w:val="19"/>
          <w:lang w:val="fr-FR"/>
        </w:rPr>
        <w:t>au</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z w:val="19"/>
          <w:szCs w:val="19"/>
          <w:lang w:val="fr-FR"/>
        </w:rPr>
        <w:t>capital</w:t>
      </w:r>
      <w:r w:rsidRPr="00D140B5">
        <w:rPr>
          <w:rFonts w:ascii="Roboto" w:hAnsi="Roboto" w:cstheme="majorHAnsi"/>
          <w:color w:val="333D46"/>
          <w:spacing w:val="13"/>
          <w:sz w:val="19"/>
          <w:szCs w:val="19"/>
          <w:lang w:val="fr-FR"/>
        </w:rPr>
        <w:t xml:space="preserve"> </w:t>
      </w:r>
      <w:r w:rsidRPr="00D140B5">
        <w:rPr>
          <w:rFonts w:ascii="Roboto" w:hAnsi="Roboto" w:cstheme="majorHAnsi"/>
          <w:color w:val="333D46"/>
          <w:spacing w:val="-5"/>
          <w:sz w:val="19"/>
          <w:szCs w:val="19"/>
          <w:lang w:val="fr-FR"/>
        </w:rPr>
        <w:t xml:space="preserve">de </w:t>
      </w:r>
      <w:r w:rsidRPr="00D140B5">
        <w:rPr>
          <w:rFonts w:ascii="Roboto" w:hAnsi="Roboto" w:cstheme="majorHAnsi"/>
          <w:color w:val="333D46"/>
          <w:sz w:val="19"/>
          <w:szCs w:val="19"/>
          <w:lang w:val="fr-FR"/>
        </w:rPr>
        <w:t>1.500.000</w:t>
      </w:r>
      <w:r w:rsidRPr="00D140B5">
        <w:rPr>
          <w:rFonts w:ascii="Roboto" w:hAnsi="Roboto" w:cstheme="majorHAnsi"/>
          <w:color w:val="333D46"/>
          <w:spacing w:val="-12"/>
          <w:sz w:val="19"/>
          <w:szCs w:val="19"/>
          <w:lang w:val="fr-FR"/>
        </w:rPr>
        <w:t xml:space="preserve"> </w:t>
      </w:r>
      <w:r w:rsidRPr="00D140B5">
        <w:rPr>
          <w:rFonts w:ascii="Roboto" w:hAnsi="Roboto" w:cstheme="majorHAnsi"/>
          <w:color w:val="333D46"/>
          <w:sz w:val="19"/>
          <w:szCs w:val="19"/>
          <w:lang w:val="fr-FR"/>
        </w:rPr>
        <w:t>€,</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dont</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le</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siège</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social</w:t>
      </w:r>
      <w:r w:rsidRPr="00D140B5">
        <w:rPr>
          <w:rFonts w:ascii="Roboto" w:hAnsi="Roboto" w:cstheme="majorHAnsi"/>
          <w:color w:val="333D46"/>
          <w:spacing w:val="-12"/>
          <w:sz w:val="19"/>
          <w:szCs w:val="19"/>
          <w:lang w:val="fr-FR"/>
        </w:rPr>
        <w:t xml:space="preserve"> </w:t>
      </w:r>
      <w:r w:rsidRPr="00D140B5">
        <w:rPr>
          <w:rFonts w:ascii="Roboto" w:hAnsi="Roboto" w:cstheme="majorHAnsi"/>
          <w:color w:val="333D46"/>
          <w:sz w:val="19"/>
          <w:szCs w:val="19"/>
          <w:lang w:val="fr-FR"/>
        </w:rPr>
        <w:t>se</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situe</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z w:val="19"/>
          <w:szCs w:val="19"/>
          <w:lang w:val="fr-FR"/>
        </w:rPr>
        <w:t>7,</w:t>
      </w:r>
      <w:r w:rsidRPr="00D140B5">
        <w:rPr>
          <w:rFonts w:ascii="Roboto" w:hAnsi="Roboto" w:cstheme="majorHAnsi"/>
          <w:color w:val="333D46"/>
          <w:spacing w:val="-11"/>
          <w:sz w:val="19"/>
          <w:szCs w:val="19"/>
          <w:lang w:val="fr-FR"/>
        </w:rPr>
        <w:t xml:space="preserve"> </w:t>
      </w:r>
      <w:r w:rsidRPr="00D140B5">
        <w:rPr>
          <w:rFonts w:ascii="Roboto" w:hAnsi="Roboto" w:cstheme="majorHAnsi"/>
          <w:color w:val="333D46"/>
          <w:sz w:val="19"/>
          <w:szCs w:val="19"/>
          <w:lang w:val="fr-FR"/>
        </w:rPr>
        <w:t>Place</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pacing w:val="-2"/>
          <w:sz w:val="19"/>
          <w:szCs w:val="19"/>
          <w:lang w:val="fr-FR"/>
        </w:rPr>
        <w:t xml:space="preserve">Kennedy </w:t>
      </w:r>
      <w:r w:rsidRPr="00D140B5">
        <w:rPr>
          <w:rFonts w:ascii="Roboto" w:hAnsi="Roboto" w:cstheme="majorHAnsi"/>
          <w:color w:val="333D46"/>
          <w:sz w:val="19"/>
          <w:szCs w:val="19"/>
          <w:lang w:val="fr-FR"/>
        </w:rPr>
        <w:t xml:space="preserve">- 49051 Angers Cedex 02, immatriculée au Registre du commerce et des sociétés d’Angers sous le </w:t>
      </w:r>
      <w:r w:rsidRPr="00D140B5">
        <w:rPr>
          <w:rFonts w:ascii="Roboto" w:hAnsi="Roboto" w:cstheme="majorHAnsi"/>
          <w:color w:val="333D46"/>
          <w:spacing w:val="-2"/>
          <w:sz w:val="19"/>
          <w:szCs w:val="19"/>
          <w:lang w:val="fr-FR"/>
        </w:rPr>
        <w:t>numéro</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pacing w:val="-2"/>
          <w:sz w:val="19"/>
          <w:szCs w:val="19"/>
          <w:lang w:val="fr-FR"/>
        </w:rPr>
        <w:t>830</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pacing w:val="-2"/>
          <w:sz w:val="19"/>
          <w:szCs w:val="19"/>
          <w:lang w:val="fr-FR"/>
        </w:rPr>
        <w:t>955</w:t>
      </w:r>
      <w:r w:rsidRPr="00D140B5">
        <w:rPr>
          <w:rFonts w:ascii="Roboto" w:hAnsi="Roboto" w:cstheme="majorHAnsi"/>
          <w:color w:val="333D46"/>
          <w:spacing w:val="-8"/>
          <w:sz w:val="19"/>
          <w:szCs w:val="19"/>
          <w:lang w:val="fr-FR"/>
        </w:rPr>
        <w:t xml:space="preserve"> </w:t>
      </w:r>
      <w:r w:rsidRPr="00D140B5">
        <w:rPr>
          <w:rFonts w:ascii="Roboto" w:hAnsi="Roboto" w:cstheme="majorHAnsi"/>
          <w:color w:val="333D46"/>
          <w:spacing w:val="-2"/>
          <w:sz w:val="19"/>
          <w:szCs w:val="19"/>
          <w:lang w:val="fr-FR"/>
        </w:rPr>
        <w:t>068</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pacing w:val="-2"/>
          <w:sz w:val="19"/>
          <w:szCs w:val="19"/>
          <w:lang w:val="fr-FR"/>
        </w:rPr>
        <w:t>(ci-après</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pacing w:val="-2"/>
          <w:sz w:val="19"/>
          <w:szCs w:val="19"/>
          <w:lang w:val="fr-FR"/>
        </w:rPr>
        <w:t>dénommée</w:t>
      </w:r>
      <w:r w:rsidRPr="00D140B5">
        <w:rPr>
          <w:rFonts w:ascii="Roboto" w:hAnsi="Roboto" w:cstheme="majorHAnsi"/>
          <w:color w:val="333D46"/>
          <w:spacing w:val="-8"/>
          <w:sz w:val="19"/>
          <w:szCs w:val="19"/>
          <w:lang w:val="fr-FR"/>
        </w:rPr>
        <w:t xml:space="preserve"> </w:t>
      </w:r>
      <w:r w:rsidRPr="00D140B5">
        <w:rPr>
          <w:rFonts w:ascii="Roboto" w:hAnsi="Roboto" w:cstheme="majorHAnsi"/>
          <w:color w:val="333D46"/>
          <w:spacing w:val="-2"/>
          <w:sz w:val="19"/>
          <w:szCs w:val="19"/>
          <w:lang w:val="fr-FR"/>
        </w:rPr>
        <w:t>«</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pacing w:val="-2"/>
          <w:sz w:val="19"/>
          <w:szCs w:val="19"/>
          <w:lang w:val="fr-FR"/>
        </w:rPr>
        <w:t xml:space="preserve">DESTINATION </w:t>
      </w:r>
      <w:r w:rsidRPr="00D140B5">
        <w:rPr>
          <w:rFonts w:ascii="Roboto" w:hAnsi="Roboto" w:cstheme="majorHAnsi"/>
          <w:color w:val="333D46"/>
          <w:sz w:val="19"/>
          <w:szCs w:val="19"/>
          <w:lang w:val="fr-FR"/>
        </w:rPr>
        <w:t xml:space="preserve">ANGERS » ou « le </w:t>
      </w:r>
      <w:r w:rsidRPr="00D140B5" w:rsidR="00A17C70">
        <w:rPr>
          <w:rFonts w:ascii="Roboto" w:hAnsi="Roboto" w:cstheme="majorHAnsi"/>
          <w:color w:val="333D46"/>
          <w:sz w:val="19"/>
          <w:szCs w:val="19"/>
          <w:lang w:val="fr-FR"/>
        </w:rPr>
        <w:t>LOUEUR</w:t>
      </w:r>
      <w:r w:rsidRPr="00D140B5">
        <w:rPr>
          <w:rFonts w:ascii="Roboto" w:hAnsi="Roboto" w:cstheme="majorHAnsi"/>
          <w:color w:val="333D46"/>
          <w:sz w:val="19"/>
          <w:szCs w:val="19"/>
          <w:lang w:val="fr-FR"/>
        </w:rPr>
        <w:t xml:space="preserve"> »).</w:t>
      </w:r>
    </w:p>
    <w:p w:rsidRPr="00D140B5" w:rsidR="00D27C60" w:rsidP="00ED504B" w:rsidRDefault="00D27C60" w14:paraId="41D81883" w14:textId="77777777">
      <w:pPr>
        <w:pStyle w:val="Corpsdetexte"/>
        <w:spacing w:after="0" w:line="240" w:lineRule="auto"/>
        <w:jc w:val="both"/>
        <w:rPr>
          <w:rFonts w:ascii="Roboto" w:hAnsi="Roboto" w:cstheme="majorHAnsi"/>
          <w:sz w:val="19"/>
          <w:szCs w:val="19"/>
          <w:lang w:val="fr-FR"/>
        </w:rPr>
      </w:pPr>
    </w:p>
    <w:p w:rsidRPr="00D140B5" w:rsidR="00D27C60" w:rsidP="3660D5F8" w:rsidRDefault="00D27C60" w14:paraId="1A313CCC" w14:textId="77777777">
      <w:pPr>
        <w:pStyle w:val="Corpsdetexte"/>
        <w:spacing w:after="0" w:line="240" w:lineRule="auto"/>
        <w:jc w:val="both"/>
        <w:rPr>
          <w:rFonts w:ascii="Roboto" w:hAnsi="Roboto" w:cs="Calibri" w:cstheme="majorAscii"/>
          <w:sz w:val="19"/>
          <w:szCs w:val="19"/>
          <w:lang w:val="fr-FR"/>
        </w:rPr>
      </w:pPr>
      <w:r w:rsidRPr="3660D5F8" w:rsidR="00D27C60">
        <w:rPr>
          <w:rFonts w:ascii="Roboto" w:hAnsi="Roboto" w:cs="Calibri" w:cstheme="majorAscii"/>
          <w:color w:val="333D46"/>
          <w:sz w:val="19"/>
          <w:szCs w:val="19"/>
          <w:lang w:val="fr-FR"/>
        </w:rPr>
        <w:t xml:space="preserve">DESTINATION ANGERS est titulaire d’une délégation de </w:t>
      </w:r>
      <w:r w:rsidRPr="3660D5F8" w:rsidR="00D27C60">
        <w:rPr>
          <w:rFonts w:ascii="Roboto" w:hAnsi="Roboto" w:cs="Calibri" w:cstheme="majorAscii"/>
          <w:color w:val="333D46"/>
          <w:spacing w:val="-2"/>
          <w:sz w:val="19"/>
          <w:szCs w:val="19"/>
          <w:lang w:val="fr-FR"/>
        </w:rPr>
        <w:t xml:space="preserve">service public pour, notamment, animer le territoire et faire découvrir le tourisme d’agrément et d’affaires, au travers de prestations de services d’accompagnement dans le cadre de </w:t>
      </w:r>
      <w:commentRangeStart w:id="339232471"/>
      <w:r w:rsidRPr="3660D5F8" w:rsidR="00D27C60">
        <w:rPr>
          <w:rFonts w:ascii="Roboto" w:hAnsi="Roboto" w:cs="Calibri" w:cstheme="majorAscii"/>
          <w:color w:val="333D46"/>
          <w:sz w:val="19"/>
          <w:szCs w:val="19"/>
          <w:lang w:val="fr-FR"/>
        </w:rPr>
        <w:t>Manifestation</w:t>
      </w:r>
      <w:commentRangeEnd w:id="339232471"/>
      <w:r>
        <w:rPr>
          <w:rStyle w:val="CommentReference"/>
        </w:rPr>
        <w:commentReference w:id="339232471"/>
      </w:r>
      <w:r w:rsidRPr="3660D5F8" w:rsidR="00D27C60">
        <w:rPr>
          <w:rFonts w:ascii="Roboto" w:hAnsi="Roboto" w:cs="Calibri" w:cstheme="majorAscii"/>
          <w:color w:val="333D46"/>
          <w:sz w:val="19"/>
          <w:szCs w:val="19"/>
          <w:lang w:val="fr-FR"/>
        </w:rPr>
        <w:t xml:space="preserve"> sur des lieux extérieurs.</w:t>
      </w:r>
    </w:p>
    <w:p w:rsidRPr="00D140B5" w:rsidR="00D27C60" w:rsidP="00ED504B" w:rsidRDefault="00D27C60" w14:paraId="6DF62477" w14:textId="77777777">
      <w:pPr>
        <w:pStyle w:val="Corpsdetexte"/>
        <w:spacing w:after="0" w:line="240" w:lineRule="auto"/>
        <w:jc w:val="both"/>
        <w:rPr>
          <w:rFonts w:ascii="Roboto" w:hAnsi="Roboto" w:cstheme="majorHAnsi"/>
          <w:sz w:val="19"/>
          <w:szCs w:val="19"/>
          <w:lang w:val="fr-FR"/>
        </w:rPr>
      </w:pPr>
    </w:p>
    <w:p w:rsidRPr="00D140B5" w:rsidR="00D27C60" w:rsidP="00ED504B" w:rsidRDefault="00D27C60" w14:paraId="16E1D894" w14:textId="77777777">
      <w:pPr>
        <w:pStyle w:val="Corpsdetexte"/>
        <w:spacing w:after="0" w:line="240" w:lineRule="auto"/>
        <w:jc w:val="both"/>
        <w:rPr>
          <w:rFonts w:ascii="Roboto" w:hAnsi="Roboto" w:cstheme="majorHAnsi"/>
          <w:sz w:val="19"/>
          <w:szCs w:val="19"/>
          <w:lang w:val="fr-FR"/>
        </w:rPr>
      </w:pPr>
      <w:r w:rsidRPr="00D140B5">
        <w:rPr>
          <w:rFonts w:ascii="Roboto" w:hAnsi="Roboto" w:cstheme="majorHAnsi"/>
          <w:color w:val="333D46"/>
          <w:sz w:val="19"/>
          <w:szCs w:val="19"/>
          <w:lang w:val="fr-FR"/>
        </w:rPr>
        <w:t>DESTINATION ANGERS est, depuis janvier 2023, certifié conforme à la norme ISO 20 121, en cohérence avec sa démarche d’amélioration continue.</w:t>
      </w:r>
    </w:p>
    <w:p w:rsidRPr="00D140B5" w:rsidR="00D27C60" w:rsidP="00ED504B" w:rsidRDefault="00D27C60" w14:paraId="713E563E" w14:textId="77777777">
      <w:pPr>
        <w:pStyle w:val="Corpsdetexte"/>
        <w:spacing w:after="0" w:line="240" w:lineRule="auto"/>
        <w:jc w:val="both"/>
        <w:rPr>
          <w:rFonts w:ascii="Roboto" w:hAnsi="Roboto" w:cstheme="majorHAnsi"/>
          <w:sz w:val="19"/>
          <w:szCs w:val="19"/>
          <w:lang w:val="fr-FR"/>
        </w:rPr>
      </w:pPr>
    </w:p>
    <w:p w:rsidRPr="00D140B5" w:rsidR="00D27C60" w:rsidP="00ED504B" w:rsidRDefault="00D27C60" w14:paraId="7F7F765D" w14:textId="3835E9E3">
      <w:pPr>
        <w:pStyle w:val="Corpsdetexte"/>
        <w:spacing w:after="0" w:line="240" w:lineRule="auto"/>
        <w:jc w:val="both"/>
        <w:rPr>
          <w:rFonts w:ascii="Roboto" w:hAnsi="Roboto" w:cstheme="majorHAnsi"/>
          <w:sz w:val="19"/>
          <w:szCs w:val="19"/>
          <w:lang w:val="fr-FR"/>
        </w:rPr>
      </w:pPr>
      <w:r w:rsidRPr="00D140B5">
        <w:rPr>
          <w:rFonts w:ascii="Roboto" w:hAnsi="Roboto" w:cstheme="majorHAnsi"/>
          <w:color w:val="333D46"/>
          <w:sz w:val="19"/>
          <w:szCs w:val="19"/>
          <w:lang w:val="fr-FR"/>
        </w:rPr>
        <w:t>DESTINATION</w:t>
      </w:r>
      <w:r w:rsidRPr="00D140B5">
        <w:rPr>
          <w:rFonts w:ascii="Roboto" w:hAnsi="Roboto" w:cstheme="majorHAnsi"/>
          <w:color w:val="333D46"/>
          <w:spacing w:val="-2"/>
          <w:sz w:val="19"/>
          <w:szCs w:val="19"/>
          <w:lang w:val="fr-FR"/>
        </w:rPr>
        <w:t xml:space="preserve"> </w:t>
      </w:r>
      <w:r w:rsidRPr="00D140B5">
        <w:rPr>
          <w:rFonts w:ascii="Roboto" w:hAnsi="Roboto" w:cstheme="majorHAnsi"/>
          <w:color w:val="333D46"/>
          <w:sz w:val="19"/>
          <w:szCs w:val="19"/>
          <w:lang w:val="fr-FR"/>
        </w:rPr>
        <w:t>ANGERS</w:t>
      </w:r>
      <w:r w:rsidRPr="00D140B5">
        <w:rPr>
          <w:rFonts w:ascii="Roboto" w:hAnsi="Roboto" w:cstheme="majorHAnsi"/>
          <w:color w:val="333D46"/>
          <w:spacing w:val="-2"/>
          <w:sz w:val="19"/>
          <w:szCs w:val="19"/>
          <w:lang w:val="fr-FR"/>
        </w:rPr>
        <w:t xml:space="preserve"> </w:t>
      </w:r>
      <w:r w:rsidRPr="00D140B5">
        <w:rPr>
          <w:rFonts w:ascii="Roboto" w:hAnsi="Roboto" w:cstheme="majorHAnsi"/>
          <w:color w:val="333D46"/>
          <w:sz w:val="19"/>
          <w:szCs w:val="19"/>
          <w:lang w:val="fr-FR"/>
        </w:rPr>
        <w:t xml:space="preserve">propose des </w:t>
      </w:r>
      <w:r w:rsidRPr="00D140B5">
        <w:rPr>
          <w:rFonts w:ascii="Roboto" w:hAnsi="Roboto" w:cstheme="majorHAnsi"/>
          <w:color w:val="333D46"/>
          <w:spacing w:val="-2"/>
          <w:sz w:val="19"/>
          <w:szCs w:val="19"/>
          <w:lang w:val="fr-FR"/>
        </w:rPr>
        <w:t xml:space="preserve">prestations de location </w:t>
      </w:r>
      <w:r w:rsidRPr="00D140B5">
        <w:rPr>
          <w:rFonts w:ascii="Roboto" w:hAnsi="Roboto" w:cstheme="majorHAnsi"/>
          <w:color w:val="333D46"/>
          <w:sz w:val="19"/>
          <w:szCs w:val="19"/>
          <w:lang w:val="fr-FR"/>
        </w:rPr>
        <w:t>de</w:t>
      </w:r>
      <w:r w:rsidRPr="00D140B5">
        <w:rPr>
          <w:rFonts w:ascii="Roboto" w:hAnsi="Roboto" w:cstheme="majorHAnsi"/>
          <w:color w:val="333D46"/>
          <w:spacing w:val="-2"/>
          <w:sz w:val="19"/>
          <w:szCs w:val="19"/>
          <w:lang w:val="fr-FR"/>
        </w:rPr>
        <w:t xml:space="preserve"> matériel de </w:t>
      </w:r>
      <w:proofErr w:type="spellStart"/>
      <w:r w:rsidRPr="00D140B5">
        <w:rPr>
          <w:rFonts w:ascii="Roboto" w:hAnsi="Roboto" w:cstheme="majorHAnsi"/>
          <w:color w:val="333D46"/>
          <w:spacing w:val="-2"/>
          <w:sz w:val="19"/>
          <w:szCs w:val="19"/>
          <w:lang w:val="fr-FR"/>
        </w:rPr>
        <w:t>gravel</w:t>
      </w:r>
      <w:proofErr w:type="spellEnd"/>
      <w:r w:rsidRPr="00D140B5">
        <w:rPr>
          <w:rFonts w:ascii="Roboto" w:hAnsi="Roboto" w:cstheme="majorHAnsi"/>
          <w:color w:val="333D46"/>
          <w:spacing w:val="-2"/>
          <w:sz w:val="19"/>
          <w:szCs w:val="19"/>
          <w:lang w:val="fr-FR"/>
        </w:rPr>
        <w:t xml:space="preserve"> et </w:t>
      </w:r>
      <w:proofErr w:type="spellStart"/>
      <w:r w:rsidRPr="00D140B5">
        <w:rPr>
          <w:rFonts w:ascii="Roboto" w:hAnsi="Roboto" w:cstheme="majorHAnsi"/>
          <w:color w:val="333D46"/>
          <w:spacing w:val="-2"/>
          <w:sz w:val="19"/>
          <w:szCs w:val="19"/>
          <w:lang w:val="fr-FR"/>
        </w:rPr>
        <w:t>bikepacking</w:t>
      </w:r>
      <w:proofErr w:type="spellEnd"/>
      <w:r w:rsidRPr="00D140B5">
        <w:rPr>
          <w:rFonts w:ascii="Roboto" w:hAnsi="Roboto" w:cstheme="majorHAnsi"/>
          <w:color w:val="333D46"/>
          <w:spacing w:val="-2"/>
          <w:sz w:val="19"/>
          <w:szCs w:val="19"/>
          <w:lang w:val="fr-FR"/>
        </w:rPr>
        <w:t xml:space="preserve"> </w:t>
      </w:r>
      <w:r w:rsidRPr="00D140B5">
        <w:rPr>
          <w:rFonts w:ascii="Roboto" w:hAnsi="Roboto" w:cstheme="majorHAnsi"/>
          <w:color w:val="333D46"/>
          <w:sz w:val="19"/>
          <w:szCs w:val="19"/>
          <w:lang w:val="fr-FR"/>
        </w:rPr>
        <w:t>(ci-après</w:t>
      </w:r>
      <w:r w:rsidRPr="00D140B5">
        <w:rPr>
          <w:rFonts w:ascii="Roboto" w:hAnsi="Roboto" w:cstheme="majorHAnsi"/>
          <w:color w:val="333D46"/>
          <w:spacing w:val="-1"/>
          <w:sz w:val="19"/>
          <w:szCs w:val="19"/>
          <w:lang w:val="fr-FR"/>
        </w:rPr>
        <w:t xml:space="preserve"> </w:t>
      </w:r>
      <w:r w:rsidRPr="00D140B5">
        <w:rPr>
          <w:rFonts w:ascii="Roboto" w:hAnsi="Roboto" w:cstheme="majorHAnsi"/>
          <w:color w:val="333D46"/>
          <w:sz w:val="19"/>
          <w:szCs w:val="19"/>
          <w:lang w:val="fr-FR"/>
        </w:rPr>
        <w:t>dénommé</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z w:val="19"/>
          <w:szCs w:val="19"/>
          <w:lang w:val="fr-FR"/>
        </w:rPr>
        <w:t>«</w:t>
      </w:r>
      <w:r w:rsidRPr="00D140B5">
        <w:rPr>
          <w:rFonts w:ascii="Roboto" w:hAnsi="Roboto" w:cstheme="majorHAnsi"/>
          <w:color w:val="333D46"/>
          <w:spacing w:val="-2"/>
          <w:sz w:val="19"/>
          <w:szCs w:val="19"/>
          <w:lang w:val="fr-FR"/>
        </w:rPr>
        <w:t xml:space="preserve"> </w:t>
      </w:r>
      <w:r w:rsidRPr="00D140B5">
        <w:rPr>
          <w:rFonts w:ascii="Roboto" w:hAnsi="Roboto" w:cstheme="majorHAnsi"/>
          <w:color w:val="333D46"/>
          <w:sz w:val="19"/>
          <w:szCs w:val="19"/>
          <w:lang w:val="fr-FR"/>
        </w:rPr>
        <w:t>Prestations</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z w:val="19"/>
          <w:szCs w:val="19"/>
          <w:lang w:val="fr-FR"/>
        </w:rPr>
        <w:t>»).</w:t>
      </w:r>
    </w:p>
    <w:p w:rsidRPr="00D140B5" w:rsidR="00D27C60" w:rsidP="00ED504B" w:rsidRDefault="00D27C60" w14:paraId="14512936" w14:textId="77777777">
      <w:pPr>
        <w:pStyle w:val="Corpsdetexte"/>
        <w:spacing w:after="0" w:line="240" w:lineRule="auto"/>
        <w:jc w:val="both"/>
        <w:rPr>
          <w:rFonts w:ascii="Roboto" w:hAnsi="Roboto" w:cstheme="majorHAnsi"/>
          <w:sz w:val="19"/>
          <w:szCs w:val="19"/>
          <w:lang w:val="fr-FR"/>
        </w:rPr>
      </w:pPr>
    </w:p>
    <w:p w:rsidRPr="00D140B5" w:rsidR="00D27C60" w:rsidP="00ED504B" w:rsidRDefault="00A17C70" w14:paraId="7DF2180F" w14:textId="2C74BC3F">
      <w:pPr>
        <w:pStyle w:val="Corpsdetexte"/>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Les présentes Conditions Générales (CG) régissent les relations contractuelles entre DESTINATION ANGERS et toute personne physique majeure contractant en qualité de consommateur (ci-après dénommée « le LOCATAIRE ») pour la location de vélos de type </w:t>
      </w:r>
      <w:proofErr w:type="spellStart"/>
      <w:r w:rsidRPr="00D140B5">
        <w:rPr>
          <w:rFonts w:ascii="Roboto" w:hAnsi="Roboto" w:cstheme="majorHAnsi"/>
          <w:sz w:val="19"/>
          <w:szCs w:val="19"/>
          <w:lang w:val="fr-FR"/>
        </w:rPr>
        <w:t>gravel</w:t>
      </w:r>
      <w:proofErr w:type="spellEnd"/>
      <w:r w:rsidRPr="00D140B5">
        <w:rPr>
          <w:rFonts w:ascii="Roboto" w:hAnsi="Roboto" w:cstheme="majorHAnsi"/>
          <w:sz w:val="19"/>
          <w:szCs w:val="19"/>
          <w:lang w:val="fr-FR"/>
        </w:rPr>
        <w:t xml:space="preserve"> et d'équipements de </w:t>
      </w:r>
      <w:r w:rsidRPr="00D140B5" w:rsidR="008C5AF3">
        <w:rPr>
          <w:rFonts w:ascii="Roboto" w:hAnsi="Roboto" w:cstheme="majorHAnsi"/>
          <w:sz w:val="19"/>
          <w:szCs w:val="19"/>
          <w:lang w:val="fr-FR"/>
        </w:rPr>
        <w:t>bike packing</w:t>
      </w:r>
      <w:r w:rsidRPr="00D140B5">
        <w:rPr>
          <w:rFonts w:ascii="Roboto" w:hAnsi="Roboto" w:cstheme="majorHAnsi"/>
          <w:sz w:val="19"/>
          <w:szCs w:val="19"/>
          <w:lang w:val="fr-FR"/>
        </w:rPr>
        <w:t>.</w:t>
      </w:r>
    </w:p>
    <w:p w:rsidRPr="00D140B5" w:rsidR="00A17C70" w:rsidP="00ED504B" w:rsidRDefault="00A17C70" w14:paraId="2CE96D6B" w14:textId="77777777">
      <w:pPr>
        <w:pStyle w:val="Corpsdetexte"/>
        <w:spacing w:after="0" w:line="240" w:lineRule="auto"/>
        <w:jc w:val="both"/>
        <w:rPr>
          <w:rFonts w:ascii="Roboto" w:hAnsi="Roboto" w:cstheme="majorHAnsi"/>
          <w:color w:val="333D46"/>
          <w:spacing w:val="-4"/>
          <w:sz w:val="19"/>
          <w:szCs w:val="19"/>
          <w:lang w:val="fr-FR"/>
        </w:rPr>
      </w:pPr>
    </w:p>
    <w:p w:rsidRPr="00D140B5" w:rsidR="00D27C60" w:rsidP="00ED504B" w:rsidRDefault="00D27C60" w14:paraId="4B91F9C0" w14:textId="012AAE71">
      <w:pPr>
        <w:pStyle w:val="Corpsdetexte"/>
        <w:spacing w:after="0" w:line="240" w:lineRule="auto"/>
        <w:jc w:val="both"/>
        <w:rPr>
          <w:rFonts w:ascii="Roboto" w:hAnsi="Roboto" w:cstheme="majorHAnsi"/>
          <w:color w:val="333D46"/>
          <w:spacing w:val="-2"/>
          <w:sz w:val="19"/>
          <w:szCs w:val="19"/>
          <w:lang w:val="fr-FR"/>
        </w:rPr>
      </w:pPr>
      <w:r w:rsidRPr="00D140B5">
        <w:rPr>
          <w:rFonts w:ascii="Roboto" w:hAnsi="Roboto" w:cstheme="majorHAnsi"/>
          <w:color w:val="333D46"/>
          <w:sz w:val="19"/>
          <w:szCs w:val="19"/>
          <w:lang w:val="fr-FR"/>
        </w:rPr>
        <w:t>Toute location</w:t>
      </w:r>
      <w:r w:rsidRPr="00D140B5">
        <w:rPr>
          <w:rFonts w:ascii="Roboto" w:hAnsi="Roboto" w:cstheme="majorHAnsi"/>
          <w:color w:val="333D46"/>
          <w:spacing w:val="-2"/>
          <w:sz w:val="19"/>
          <w:szCs w:val="19"/>
          <w:lang w:val="fr-FR"/>
        </w:rPr>
        <w:t xml:space="preserve"> </w:t>
      </w:r>
      <w:r w:rsidRPr="00D140B5">
        <w:rPr>
          <w:rFonts w:ascii="Roboto" w:hAnsi="Roboto" w:cstheme="majorHAnsi"/>
          <w:color w:val="333D46"/>
          <w:sz w:val="19"/>
          <w:szCs w:val="19"/>
          <w:lang w:val="fr-FR"/>
        </w:rPr>
        <w:t xml:space="preserve">des Prestations implique l’acceptation des présentes conditions </w:t>
      </w:r>
      <w:r w:rsidRPr="00D140B5">
        <w:rPr>
          <w:rFonts w:ascii="Roboto" w:hAnsi="Roboto" w:cstheme="majorHAnsi"/>
          <w:color w:val="333D46"/>
          <w:spacing w:val="-2"/>
          <w:sz w:val="19"/>
          <w:szCs w:val="19"/>
          <w:lang w:val="fr-FR"/>
        </w:rPr>
        <w:t>générales par le Locataire.</w:t>
      </w:r>
    </w:p>
    <w:p w:rsidRPr="00D140B5" w:rsidR="00D27C60" w:rsidP="00ED504B" w:rsidRDefault="00D27C60" w14:paraId="19038F11" w14:textId="77777777">
      <w:pPr>
        <w:pStyle w:val="Corpsdetexte"/>
        <w:spacing w:after="0" w:line="240" w:lineRule="auto"/>
        <w:jc w:val="both"/>
        <w:rPr>
          <w:rFonts w:ascii="Roboto" w:hAnsi="Roboto" w:cstheme="majorHAnsi"/>
          <w:sz w:val="19"/>
          <w:szCs w:val="19"/>
          <w:lang w:val="fr-FR"/>
        </w:rPr>
      </w:pPr>
    </w:p>
    <w:p w:rsidRPr="00D140B5" w:rsidR="00D27C60" w:rsidP="00ED504B" w:rsidRDefault="00D27C60" w14:paraId="3A270FCB" w14:textId="77777777">
      <w:pPr>
        <w:pStyle w:val="Corpsdetexte"/>
        <w:spacing w:after="0" w:line="240" w:lineRule="auto"/>
        <w:jc w:val="both"/>
        <w:rPr>
          <w:rFonts w:ascii="Roboto" w:hAnsi="Roboto" w:cstheme="majorHAnsi"/>
          <w:color w:val="333D46"/>
          <w:sz w:val="19"/>
          <w:szCs w:val="19"/>
          <w:lang w:val="fr-FR"/>
        </w:rPr>
      </w:pPr>
      <w:r w:rsidRPr="00D140B5">
        <w:rPr>
          <w:rFonts w:ascii="Roboto" w:hAnsi="Roboto" w:cstheme="majorHAnsi"/>
          <w:color w:val="333D46"/>
          <w:sz w:val="19"/>
          <w:szCs w:val="19"/>
          <w:lang w:val="fr-FR"/>
        </w:rPr>
        <w:t xml:space="preserve">DESTINATION ANGERS se réserve la faculté de modifier </w:t>
      </w:r>
      <w:r w:rsidRPr="00D140B5">
        <w:rPr>
          <w:rFonts w:ascii="Roboto" w:hAnsi="Roboto" w:cstheme="majorHAnsi"/>
          <w:color w:val="333D46"/>
          <w:spacing w:val="-2"/>
          <w:sz w:val="19"/>
          <w:szCs w:val="19"/>
          <w:lang w:val="fr-FR"/>
        </w:rPr>
        <w:t>les</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pacing w:val="-2"/>
          <w:sz w:val="19"/>
          <w:szCs w:val="19"/>
          <w:lang w:val="fr-FR"/>
        </w:rPr>
        <w:t>présentes</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pacing w:val="-2"/>
          <w:sz w:val="19"/>
          <w:szCs w:val="19"/>
          <w:lang w:val="fr-FR"/>
        </w:rPr>
        <w:t>conditions</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pacing w:val="-2"/>
          <w:sz w:val="19"/>
          <w:szCs w:val="19"/>
          <w:lang w:val="fr-FR"/>
        </w:rPr>
        <w:t>générales</w:t>
      </w:r>
      <w:r w:rsidRPr="00D140B5">
        <w:rPr>
          <w:rFonts w:ascii="Roboto" w:hAnsi="Roboto" w:cstheme="majorHAnsi"/>
          <w:color w:val="333D46"/>
          <w:spacing w:val="-5"/>
          <w:sz w:val="19"/>
          <w:szCs w:val="19"/>
          <w:lang w:val="fr-FR"/>
        </w:rPr>
        <w:t xml:space="preserve"> </w:t>
      </w:r>
      <w:r w:rsidRPr="00D140B5">
        <w:rPr>
          <w:rFonts w:ascii="Roboto" w:hAnsi="Roboto" w:cstheme="majorHAnsi"/>
          <w:color w:val="333D46"/>
          <w:spacing w:val="-2"/>
          <w:sz w:val="19"/>
          <w:szCs w:val="19"/>
          <w:lang w:val="fr-FR"/>
        </w:rPr>
        <w:t>à</w:t>
      </w:r>
      <w:r w:rsidRPr="00D140B5">
        <w:rPr>
          <w:rFonts w:ascii="Roboto" w:hAnsi="Roboto" w:cstheme="majorHAnsi"/>
          <w:color w:val="333D46"/>
          <w:spacing w:val="-5"/>
          <w:sz w:val="19"/>
          <w:szCs w:val="19"/>
          <w:lang w:val="fr-FR"/>
        </w:rPr>
        <w:t xml:space="preserve"> </w:t>
      </w:r>
      <w:r w:rsidRPr="00D140B5">
        <w:rPr>
          <w:rFonts w:ascii="Roboto" w:hAnsi="Roboto" w:cstheme="majorHAnsi"/>
          <w:color w:val="333D46"/>
          <w:spacing w:val="-2"/>
          <w:sz w:val="19"/>
          <w:szCs w:val="19"/>
          <w:lang w:val="fr-FR"/>
        </w:rPr>
        <w:t>tout</w:t>
      </w:r>
      <w:r w:rsidRPr="00D140B5">
        <w:rPr>
          <w:rFonts w:ascii="Roboto" w:hAnsi="Roboto" w:cstheme="majorHAnsi"/>
          <w:color w:val="333D46"/>
          <w:spacing w:val="-5"/>
          <w:sz w:val="19"/>
          <w:szCs w:val="19"/>
          <w:lang w:val="fr-FR"/>
        </w:rPr>
        <w:t xml:space="preserve"> </w:t>
      </w:r>
      <w:r w:rsidRPr="00D140B5">
        <w:rPr>
          <w:rFonts w:ascii="Roboto" w:hAnsi="Roboto" w:cstheme="majorHAnsi"/>
          <w:color w:val="333D46"/>
          <w:spacing w:val="-2"/>
          <w:sz w:val="19"/>
          <w:szCs w:val="19"/>
          <w:lang w:val="fr-FR"/>
        </w:rPr>
        <w:t>moment,</w:t>
      </w:r>
      <w:r w:rsidRPr="00D140B5">
        <w:rPr>
          <w:rFonts w:ascii="Roboto" w:hAnsi="Roboto" w:cstheme="majorHAnsi"/>
          <w:color w:val="333D46"/>
          <w:spacing w:val="-5"/>
          <w:sz w:val="19"/>
          <w:szCs w:val="19"/>
          <w:lang w:val="fr-FR"/>
        </w:rPr>
        <w:t xml:space="preserve"> </w:t>
      </w:r>
      <w:r w:rsidRPr="00D140B5">
        <w:rPr>
          <w:rFonts w:ascii="Roboto" w:hAnsi="Roboto" w:cstheme="majorHAnsi"/>
          <w:color w:val="333D46"/>
          <w:spacing w:val="-2"/>
          <w:sz w:val="19"/>
          <w:szCs w:val="19"/>
          <w:lang w:val="fr-FR"/>
        </w:rPr>
        <w:t>en</w:t>
      </w:r>
      <w:r w:rsidRPr="00D140B5">
        <w:rPr>
          <w:rFonts w:ascii="Roboto" w:hAnsi="Roboto" w:cstheme="majorHAnsi"/>
          <w:color w:val="333D46"/>
          <w:spacing w:val="-4"/>
          <w:sz w:val="19"/>
          <w:szCs w:val="19"/>
          <w:lang w:val="fr-FR"/>
        </w:rPr>
        <w:t xml:space="preserve"> </w:t>
      </w:r>
      <w:r w:rsidRPr="00D140B5">
        <w:rPr>
          <w:rFonts w:ascii="Roboto" w:hAnsi="Roboto" w:cstheme="majorHAnsi"/>
          <w:color w:val="333D46"/>
          <w:spacing w:val="-2"/>
          <w:sz w:val="19"/>
          <w:szCs w:val="19"/>
          <w:lang w:val="fr-FR"/>
        </w:rPr>
        <w:t xml:space="preserve">tout </w:t>
      </w:r>
      <w:r w:rsidRPr="00D140B5">
        <w:rPr>
          <w:rFonts w:ascii="Roboto" w:hAnsi="Roboto" w:cstheme="majorHAnsi"/>
          <w:color w:val="333D46"/>
          <w:sz w:val="19"/>
          <w:szCs w:val="19"/>
          <w:lang w:val="fr-FR"/>
        </w:rPr>
        <w:t>ou en partie.</w:t>
      </w:r>
    </w:p>
    <w:p w:rsidRPr="00D140B5" w:rsidR="00D27C60" w:rsidP="00ED504B" w:rsidRDefault="00D27C60" w14:paraId="0795BECF" w14:textId="77777777">
      <w:pPr>
        <w:pStyle w:val="Corpsdetexte"/>
        <w:spacing w:after="0" w:line="240" w:lineRule="auto"/>
        <w:jc w:val="both"/>
        <w:rPr>
          <w:rFonts w:ascii="Roboto" w:hAnsi="Roboto" w:cstheme="majorHAnsi"/>
          <w:sz w:val="19"/>
          <w:szCs w:val="19"/>
          <w:lang w:val="fr-FR"/>
        </w:rPr>
      </w:pPr>
    </w:p>
    <w:p w:rsidRPr="00D140B5" w:rsidR="00D27C60" w:rsidP="00ED504B" w:rsidRDefault="00D27C60" w14:paraId="54447F64" w14:textId="4C2E8B21">
      <w:pPr>
        <w:spacing w:after="0" w:line="240" w:lineRule="auto"/>
        <w:jc w:val="both"/>
        <w:rPr>
          <w:rFonts w:ascii="Roboto" w:hAnsi="Roboto" w:cstheme="majorHAnsi"/>
          <w:sz w:val="19"/>
          <w:szCs w:val="19"/>
          <w:lang w:val="fr-FR"/>
        </w:rPr>
      </w:pPr>
      <w:r w:rsidRPr="00D140B5">
        <w:rPr>
          <w:rFonts w:ascii="Roboto" w:hAnsi="Roboto" w:cstheme="majorHAnsi"/>
          <w:color w:val="333D46"/>
          <w:sz w:val="19"/>
          <w:szCs w:val="19"/>
          <w:lang w:val="fr-FR"/>
        </w:rPr>
        <w:t>Les conditions générales applicables sont celles en vigueur à la date de la signature du contrat</w:t>
      </w:r>
      <w:r w:rsidRPr="00D140B5" w:rsidR="002E56F1">
        <w:rPr>
          <w:rFonts w:ascii="Roboto" w:hAnsi="Roboto" w:cstheme="majorHAnsi"/>
          <w:color w:val="333D46"/>
          <w:sz w:val="19"/>
          <w:szCs w:val="19"/>
          <w:lang w:val="fr-FR"/>
        </w:rPr>
        <w:t xml:space="preserve"> de location</w:t>
      </w:r>
      <w:r w:rsidRPr="00D140B5">
        <w:rPr>
          <w:rFonts w:ascii="Roboto" w:hAnsi="Roboto" w:cstheme="majorHAnsi"/>
          <w:color w:val="333D46"/>
          <w:sz w:val="19"/>
          <w:szCs w:val="19"/>
          <w:lang w:val="fr-FR"/>
        </w:rPr>
        <w:t xml:space="preserve"> </w:t>
      </w:r>
      <w:r w:rsidRPr="00D140B5">
        <w:rPr>
          <w:rFonts w:ascii="Roboto" w:hAnsi="Roboto" w:cstheme="majorHAnsi"/>
          <w:color w:val="333D46"/>
          <w:sz w:val="19"/>
          <w:szCs w:val="19"/>
          <w:lang w:val="fr-FR"/>
        </w:rPr>
        <w:t>signé des deux parties associées aux présentes conditions générales.</w:t>
      </w:r>
    </w:p>
    <w:p w:rsidRPr="00D140B5" w:rsidR="00D27C60" w:rsidP="00ED504B" w:rsidRDefault="00D27C60" w14:paraId="1BC5F933" w14:textId="77777777">
      <w:pPr>
        <w:spacing w:after="0" w:line="240" w:lineRule="auto"/>
        <w:jc w:val="both"/>
        <w:rPr>
          <w:rFonts w:ascii="Roboto" w:hAnsi="Roboto" w:cstheme="majorHAnsi"/>
          <w:sz w:val="19"/>
          <w:szCs w:val="19"/>
          <w:lang w:val="fr-FR"/>
        </w:rPr>
      </w:pPr>
    </w:p>
    <w:tbl>
      <w:tblPr>
        <w:tblW w:w="0" w:type="auto"/>
        <w:jc w:val="center"/>
        <w:tblLook w:val="04A0" w:firstRow="1" w:lastRow="0" w:firstColumn="1" w:lastColumn="0" w:noHBand="0" w:noVBand="1"/>
      </w:tblPr>
      <w:tblGrid>
        <w:gridCol w:w="4608"/>
      </w:tblGrid>
      <w:tr w:rsidRPr="00D140B5" w:rsidR="009A3390" w14:paraId="20BF0CB0" w14:textId="77777777">
        <w:trPr>
          <w:jc w:val="center"/>
        </w:trPr>
        <w:tc>
          <w:tcPr>
            <w:tcW w:w="9936" w:type="dxa"/>
            <w:shd w:val="clear" w:color="auto" w:fill="F2F5F8"/>
            <w:tcMar>
              <w:top w:w="140" w:type="dxa"/>
              <w:left w:w="200" w:type="dxa"/>
              <w:bottom w:w="140" w:type="dxa"/>
              <w:right w:w="200" w:type="dxa"/>
            </w:tcMar>
          </w:tcPr>
          <w:p w:rsidRPr="00D140B5" w:rsidR="009A3390" w:rsidP="00ED504B" w:rsidRDefault="00106E6D" w14:paraId="7B7DB614" w14:textId="77777777">
            <w:pPr>
              <w:spacing w:after="0" w:line="240" w:lineRule="auto"/>
              <w:jc w:val="both"/>
              <w:rPr>
                <w:rFonts w:ascii="Roboto" w:hAnsi="Roboto" w:cstheme="majorHAnsi"/>
                <w:sz w:val="19"/>
                <w:szCs w:val="19"/>
                <w:lang w:val="fr-FR"/>
              </w:rPr>
            </w:pPr>
            <w:r w:rsidRPr="00D140B5">
              <w:rPr>
                <w:rFonts w:ascii="Roboto" w:hAnsi="Roboto" w:cstheme="majorHAnsi"/>
                <w:b/>
                <w:color w:val="C0392B"/>
                <w:sz w:val="19"/>
                <w:szCs w:val="19"/>
                <w:lang w:val="fr-FR"/>
              </w:rPr>
              <w:t>AVERTISSEMENT JURIDIQUE IMPORTANT : DESTINATION ANGERS commercialise exclusivement une prestation de location de matériel de sport et de loisirs assortie de conseils pratiques et d'itinéraires indicatifs. DESTINATION ANGERS n'agit en aucun cas en qualité d'agent de voyages, d'opérateur de voyages ou de vendeur de forfaits touristiques au sens de l'article L. 211-2 du Code du tourisme. Le LOCATAIRE sélectionne, réserve et paie ses hébergements et prestations annexes de manière totalement indépendante et sous sa seule responsabilité.</w:t>
            </w:r>
          </w:p>
        </w:tc>
      </w:tr>
    </w:tbl>
    <w:p w:rsidRPr="00D140B5" w:rsidR="009A3390" w:rsidP="00ED504B" w:rsidRDefault="009A3390" w14:paraId="5C56734F" w14:textId="77777777">
      <w:pPr>
        <w:spacing w:after="0" w:line="240" w:lineRule="auto"/>
        <w:jc w:val="both"/>
        <w:rPr>
          <w:rFonts w:ascii="Roboto" w:hAnsi="Roboto" w:cstheme="majorHAnsi"/>
          <w:sz w:val="19"/>
          <w:szCs w:val="19"/>
          <w:lang w:val="fr-FR"/>
        </w:rPr>
      </w:pPr>
    </w:p>
    <w:p w:rsidRPr="00D140B5" w:rsidR="009A3390" w:rsidP="00ED504B" w:rsidRDefault="00106E6D" w14:paraId="7B928074"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1. OBJET DE LA PRESTATION ET ÉQUIPEMENTS LOUÉS</w:t>
      </w:r>
    </w:p>
    <w:p w:rsidRPr="00D140B5" w:rsidR="006F2D3A" w:rsidP="00ED504B" w:rsidRDefault="006F2D3A" w14:paraId="28C0A595" w14:textId="77777777">
      <w:pPr>
        <w:keepNext/>
        <w:spacing w:after="0" w:line="240" w:lineRule="auto"/>
        <w:jc w:val="both"/>
        <w:rPr>
          <w:rFonts w:ascii="Roboto" w:hAnsi="Roboto" w:cstheme="majorHAnsi"/>
          <w:sz w:val="19"/>
          <w:szCs w:val="19"/>
          <w:lang w:val="fr-FR"/>
        </w:rPr>
      </w:pPr>
    </w:p>
    <w:p w:rsidRPr="00D140B5" w:rsidR="00C162E6" w:rsidP="00ED504B" w:rsidRDefault="00106E6D" w14:paraId="6CF122B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présentes CG ont pour objet de définir les conditions dans lesquelles DESTINATION ANGERS met à la disposition du LOCATAIRE, à titre onéreux et temporaire :</w:t>
      </w:r>
    </w:p>
    <w:p w:rsidRPr="00D140B5" w:rsidR="00C162E6" w:rsidP="004D210C" w:rsidRDefault="00106E6D" w14:paraId="3F2A5C19" w14:textId="5586767E">
      <w:pPr>
        <w:pStyle w:val="Paragraphedeliste"/>
        <w:numPr>
          <w:ilvl w:val="0"/>
          <w:numId w:val="7"/>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Un vélo de type </w:t>
      </w:r>
      <w:proofErr w:type="spellStart"/>
      <w:r w:rsidRPr="00D140B5">
        <w:rPr>
          <w:rFonts w:ascii="Roboto" w:hAnsi="Roboto" w:cstheme="majorHAnsi"/>
          <w:sz w:val="19"/>
          <w:szCs w:val="19"/>
          <w:lang w:val="fr-FR"/>
        </w:rPr>
        <w:t>gravel</w:t>
      </w:r>
      <w:proofErr w:type="spellEnd"/>
      <w:r w:rsidRPr="00D140B5">
        <w:rPr>
          <w:rFonts w:ascii="Roboto" w:hAnsi="Roboto" w:cstheme="majorHAnsi"/>
          <w:sz w:val="19"/>
          <w:szCs w:val="19"/>
          <w:lang w:val="fr-FR"/>
        </w:rPr>
        <w:t xml:space="preserve"> de la marque Origine, adapté à la taille sélectionnée lors de la réservation</w:t>
      </w:r>
      <w:r w:rsidRPr="00D140B5" w:rsidR="002E56F1">
        <w:rPr>
          <w:rFonts w:ascii="Roboto" w:hAnsi="Roboto" w:cstheme="majorHAnsi"/>
          <w:sz w:val="19"/>
          <w:szCs w:val="19"/>
          <w:lang w:val="fr-FR"/>
        </w:rPr>
        <w:t> ;</w:t>
      </w:r>
    </w:p>
    <w:p w:rsidRPr="00D140B5" w:rsidR="00C162E6" w:rsidP="004D210C" w:rsidRDefault="00106E6D" w14:paraId="6757B607" w14:textId="3D6DC91F">
      <w:pPr>
        <w:pStyle w:val="Paragraphedeliste"/>
        <w:numPr>
          <w:ilvl w:val="0"/>
          <w:numId w:val="7"/>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Un ensemble d’équipements de voyage et de bivouac (sacoches de cadre, de selle, de cintre, matériel de couchage compact, kit de réparation, etc.), dont le détail exhaustif est fourni dans </w:t>
      </w:r>
      <w:r w:rsidRPr="00D140B5" w:rsidR="00317AC4">
        <w:rPr>
          <w:rFonts w:ascii="Roboto" w:hAnsi="Roboto" w:cstheme="majorHAnsi"/>
          <w:sz w:val="19"/>
          <w:szCs w:val="19"/>
          <w:lang w:val="fr-FR"/>
        </w:rPr>
        <w:t>le</w:t>
      </w:r>
      <w:r w:rsidRPr="00D140B5">
        <w:rPr>
          <w:rFonts w:ascii="Roboto" w:hAnsi="Roboto" w:cstheme="majorHAnsi"/>
          <w:sz w:val="19"/>
          <w:szCs w:val="19"/>
          <w:lang w:val="fr-FR"/>
        </w:rPr>
        <w:t xml:space="preserve"> Contrat de Location</w:t>
      </w:r>
    </w:p>
    <w:p w:rsidRPr="00D140B5" w:rsidR="009A3390" w:rsidP="004D210C" w:rsidRDefault="00106E6D" w14:paraId="3E56CB6A" w14:textId="4405EE01">
      <w:pPr>
        <w:pStyle w:val="Paragraphedeliste"/>
        <w:numPr>
          <w:ilvl w:val="0"/>
          <w:numId w:val="7"/>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Des services accessoires gratuits : remise d'un tracé de parcours au format GPX et conseils personnalisés de préparation à la pratique du </w:t>
      </w:r>
      <w:r w:rsidRPr="00D140B5" w:rsidR="008C5AF3">
        <w:rPr>
          <w:rFonts w:ascii="Roboto" w:hAnsi="Roboto" w:cstheme="majorHAnsi"/>
          <w:sz w:val="19"/>
          <w:szCs w:val="19"/>
          <w:lang w:val="fr-FR"/>
        </w:rPr>
        <w:t>bike packing</w:t>
      </w:r>
      <w:r w:rsidRPr="00D140B5">
        <w:rPr>
          <w:rFonts w:ascii="Roboto" w:hAnsi="Roboto" w:cstheme="majorHAnsi"/>
          <w:sz w:val="19"/>
          <w:szCs w:val="19"/>
          <w:lang w:val="fr-FR"/>
        </w:rPr>
        <w:t>.</w:t>
      </w:r>
    </w:p>
    <w:p w:rsidRPr="00D140B5" w:rsidR="006F2D3A" w:rsidP="00ED504B" w:rsidRDefault="006F2D3A" w14:paraId="0380645B" w14:textId="77777777">
      <w:pPr>
        <w:spacing w:after="0" w:line="240" w:lineRule="auto"/>
        <w:jc w:val="both"/>
        <w:rPr>
          <w:rFonts w:ascii="Roboto" w:hAnsi="Roboto" w:cstheme="majorHAnsi"/>
          <w:sz w:val="19"/>
          <w:szCs w:val="19"/>
          <w:lang w:val="fr-FR"/>
        </w:rPr>
      </w:pPr>
    </w:p>
    <w:p w:rsidRPr="00D140B5" w:rsidR="009A3390" w:rsidP="00ED504B" w:rsidRDefault="00106E6D" w14:paraId="22C6834B"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2. MODALITÉS DE RÉSERVATION ET DROIT DE RÉTRACTATION</w:t>
      </w:r>
    </w:p>
    <w:p w:rsidRPr="00D140B5" w:rsidR="006F2D3A" w:rsidP="00ED504B" w:rsidRDefault="006F2D3A" w14:paraId="02E25DE4" w14:textId="77777777">
      <w:pPr>
        <w:keepNext/>
        <w:spacing w:after="0" w:line="240" w:lineRule="auto"/>
        <w:jc w:val="both"/>
        <w:rPr>
          <w:rFonts w:ascii="Roboto" w:hAnsi="Roboto" w:cstheme="majorHAnsi"/>
          <w:sz w:val="19"/>
          <w:szCs w:val="19"/>
          <w:lang w:val="fr-FR"/>
        </w:rPr>
      </w:pPr>
    </w:p>
    <w:p w:rsidRPr="00D140B5" w:rsidR="00C162E6" w:rsidP="00ED504B" w:rsidRDefault="00106E6D" w14:paraId="31289703" w14:textId="3CE34228">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2.1. Processus de réservation :</w:t>
      </w:r>
    </w:p>
    <w:p w:rsidRPr="00D140B5" w:rsidR="00C162E6" w:rsidP="00ED504B" w:rsidRDefault="00106E6D" w14:paraId="2DF5E395" w14:textId="1CE6CBD5">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demande de réservation s'effectue en ligne sur le site internet de DESTINATION ANGERS</w:t>
      </w:r>
      <w:r w:rsidRPr="00D140B5" w:rsidR="006318ED">
        <w:rPr>
          <w:rFonts w:ascii="Roboto" w:hAnsi="Roboto" w:cstheme="majorHAnsi"/>
          <w:sz w:val="19"/>
          <w:szCs w:val="19"/>
          <w:lang w:val="fr-FR"/>
        </w:rPr>
        <w:t>.</w:t>
      </w:r>
      <w:r w:rsidRPr="00D140B5">
        <w:rPr>
          <w:rFonts w:ascii="Roboto" w:hAnsi="Roboto" w:cstheme="majorHAnsi"/>
          <w:sz w:val="19"/>
          <w:szCs w:val="19"/>
          <w:lang w:val="fr-FR"/>
        </w:rPr>
        <w:t xml:space="preserve"> </w:t>
      </w:r>
    </w:p>
    <w:p w:rsidRPr="00D140B5" w:rsidR="00C162E6" w:rsidP="00ED504B" w:rsidRDefault="00C162E6" w14:paraId="41A6C26F" w14:textId="77777777">
      <w:pPr>
        <w:spacing w:after="0" w:line="240" w:lineRule="auto"/>
        <w:jc w:val="both"/>
        <w:rPr>
          <w:rFonts w:ascii="Roboto" w:hAnsi="Roboto" w:cstheme="majorHAnsi"/>
          <w:sz w:val="19"/>
          <w:szCs w:val="19"/>
          <w:lang w:val="fr-FR"/>
        </w:rPr>
      </w:pPr>
    </w:p>
    <w:p w:rsidRPr="00D140B5" w:rsidR="00C162E6" w:rsidP="00ED504B" w:rsidRDefault="00106E6D" w14:paraId="20CC30F7" w14:textId="15667FA7">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2.2. Absence de droit de rétractation :</w:t>
      </w:r>
    </w:p>
    <w:p w:rsidRPr="00D140B5" w:rsidR="009A3390" w:rsidP="00ED504B" w:rsidRDefault="00106F4C" w14:paraId="34A7894C" w14:textId="0677BD1E">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A</w:t>
      </w:r>
      <w:r w:rsidRPr="00D140B5" w:rsidR="00106E6D">
        <w:rPr>
          <w:rFonts w:ascii="Roboto" w:hAnsi="Roboto" w:cstheme="majorHAnsi"/>
          <w:sz w:val="19"/>
          <w:szCs w:val="19"/>
          <w:lang w:val="fr-FR"/>
        </w:rPr>
        <w:t>ucune rétractation n'est possible après le paiement de la réservation</w:t>
      </w:r>
      <w:r w:rsidRPr="00D140B5">
        <w:rPr>
          <w:rFonts w:ascii="Roboto" w:hAnsi="Roboto" w:cstheme="majorHAnsi"/>
          <w:sz w:val="19"/>
          <w:szCs w:val="19"/>
          <w:lang w:val="fr-FR"/>
        </w:rPr>
        <w:t xml:space="preserve"> au sein de l’Office du Tourisme de la Ville d’Angers</w:t>
      </w:r>
      <w:r w:rsidRPr="00D140B5" w:rsidR="00106E6D">
        <w:rPr>
          <w:rFonts w:ascii="Roboto" w:hAnsi="Roboto" w:cstheme="majorHAnsi"/>
          <w:sz w:val="19"/>
          <w:szCs w:val="19"/>
          <w:lang w:val="fr-FR"/>
        </w:rPr>
        <w:t>, sous réserve des dispositions de l'Article 10 (Annulation).</w:t>
      </w:r>
    </w:p>
    <w:p w:rsidRPr="00D140B5" w:rsidR="00364EE6" w:rsidP="00ED504B" w:rsidRDefault="00364EE6" w14:paraId="0DCD4FE5" w14:textId="77777777">
      <w:pPr>
        <w:spacing w:after="0" w:line="240" w:lineRule="auto"/>
        <w:jc w:val="both"/>
        <w:rPr>
          <w:rFonts w:ascii="Roboto" w:hAnsi="Roboto" w:cstheme="majorHAnsi"/>
          <w:sz w:val="19"/>
          <w:szCs w:val="19"/>
          <w:lang w:val="fr-FR"/>
        </w:rPr>
      </w:pPr>
    </w:p>
    <w:p w:rsidRPr="00D140B5" w:rsidR="009A3390" w:rsidP="00ED504B" w:rsidRDefault="00106E6D" w14:paraId="1A4AF32A"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3. CONDITIONS TARIFAIRES ET MODALITÉS DE PAIEMENT</w:t>
      </w:r>
    </w:p>
    <w:p w:rsidRPr="00D140B5" w:rsidR="006F2D3A" w:rsidP="00ED504B" w:rsidRDefault="006F2D3A" w14:paraId="24AA2455" w14:textId="77777777">
      <w:pPr>
        <w:keepNext/>
        <w:spacing w:after="0" w:line="240" w:lineRule="auto"/>
        <w:jc w:val="both"/>
        <w:rPr>
          <w:rFonts w:ascii="Roboto" w:hAnsi="Roboto" w:cstheme="majorHAnsi"/>
          <w:sz w:val="19"/>
          <w:szCs w:val="19"/>
          <w:lang w:val="fr-FR"/>
        </w:rPr>
      </w:pPr>
    </w:p>
    <w:p w:rsidRPr="00D140B5" w:rsidR="00C162E6" w:rsidP="00ED504B" w:rsidRDefault="00106E6D" w14:paraId="5E65334F" w14:textId="77777777">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 xml:space="preserve">3.1. Prix : </w:t>
      </w:r>
    </w:p>
    <w:p w:rsidRPr="00D140B5" w:rsidR="00C162E6" w:rsidP="00ED504B" w:rsidRDefault="00106E6D" w14:paraId="4F59372E" w14:textId="0C37A88D">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tarifs de location applicables sont ceux en vigueur au jour de la réservation, mentionnés sur le site internet</w:t>
      </w:r>
      <w:r w:rsidRPr="00D140B5" w:rsidR="00106F4C">
        <w:rPr>
          <w:rFonts w:ascii="Roboto" w:hAnsi="Roboto" w:cstheme="majorHAnsi"/>
          <w:sz w:val="19"/>
          <w:szCs w:val="19"/>
          <w:lang w:val="fr-FR"/>
        </w:rPr>
        <w:t>, en annexe aux présentes CG</w:t>
      </w:r>
      <w:r w:rsidRPr="00D140B5">
        <w:rPr>
          <w:rFonts w:ascii="Roboto" w:hAnsi="Roboto" w:cstheme="majorHAnsi"/>
          <w:sz w:val="19"/>
          <w:szCs w:val="19"/>
          <w:lang w:val="fr-FR"/>
        </w:rPr>
        <w:t xml:space="preserve"> et récapitulés sur le </w:t>
      </w:r>
      <w:r w:rsidRPr="00D140B5" w:rsidR="00C162E6">
        <w:rPr>
          <w:rFonts w:ascii="Roboto" w:hAnsi="Roboto" w:cstheme="majorHAnsi"/>
          <w:sz w:val="19"/>
          <w:szCs w:val="19"/>
          <w:lang w:val="fr-FR"/>
        </w:rPr>
        <w:t>contrat de location</w:t>
      </w:r>
      <w:r w:rsidRPr="00D140B5">
        <w:rPr>
          <w:rFonts w:ascii="Roboto" w:hAnsi="Roboto" w:cstheme="majorHAnsi"/>
          <w:sz w:val="19"/>
          <w:szCs w:val="19"/>
          <w:lang w:val="fr-FR"/>
        </w:rPr>
        <w:t xml:space="preserve">. </w:t>
      </w:r>
    </w:p>
    <w:p w:rsidRPr="00D140B5" w:rsidR="00C162E6" w:rsidP="00ED504B" w:rsidRDefault="00C162E6" w14:paraId="1206D4F6" w14:textId="77777777">
      <w:pPr>
        <w:spacing w:after="0" w:line="240" w:lineRule="auto"/>
        <w:jc w:val="both"/>
        <w:rPr>
          <w:rFonts w:ascii="Roboto" w:hAnsi="Roboto" w:cstheme="majorHAnsi"/>
          <w:sz w:val="19"/>
          <w:szCs w:val="19"/>
          <w:lang w:val="fr-FR"/>
        </w:rPr>
      </w:pPr>
    </w:p>
    <w:p w:rsidRPr="00D140B5" w:rsidR="00C162E6" w:rsidP="00ED504B" w:rsidRDefault="00106E6D" w14:paraId="34805EE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Les prix sont indiqués en Euros et s'entendent Toutes Taxes Comprises (TTC). </w:t>
      </w:r>
    </w:p>
    <w:p w:rsidRPr="00D140B5" w:rsidR="00C162E6" w:rsidP="00ED504B" w:rsidRDefault="00C162E6" w14:paraId="7E76E2FC" w14:textId="77777777">
      <w:pPr>
        <w:spacing w:after="0" w:line="240" w:lineRule="auto"/>
        <w:jc w:val="both"/>
        <w:rPr>
          <w:rFonts w:ascii="Roboto" w:hAnsi="Roboto" w:cstheme="majorHAnsi"/>
          <w:sz w:val="19"/>
          <w:szCs w:val="19"/>
          <w:lang w:val="fr-FR"/>
        </w:rPr>
      </w:pPr>
    </w:p>
    <w:p w:rsidRPr="00D140B5" w:rsidR="00C162E6" w:rsidP="00ED504B" w:rsidRDefault="00106E6D" w14:paraId="3530AFBD" w14:textId="57BFFA72">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Ils comprennent la mise à disposition du matériel pour la durée exacte mentionnée au contrat</w:t>
      </w:r>
      <w:r w:rsidRPr="00D140B5" w:rsidR="00C162E6">
        <w:rPr>
          <w:rFonts w:ascii="Roboto" w:hAnsi="Roboto" w:cstheme="majorHAnsi"/>
          <w:sz w:val="19"/>
          <w:szCs w:val="19"/>
          <w:lang w:val="fr-FR"/>
        </w:rPr>
        <w:t xml:space="preserve"> de location</w:t>
      </w:r>
      <w:r w:rsidRPr="00D140B5">
        <w:rPr>
          <w:rFonts w:ascii="Roboto" w:hAnsi="Roboto" w:cstheme="majorHAnsi"/>
          <w:sz w:val="19"/>
          <w:szCs w:val="19"/>
          <w:lang w:val="fr-FR"/>
        </w:rPr>
        <w:t>.</w:t>
      </w:r>
    </w:p>
    <w:p w:rsidRPr="00D140B5" w:rsidR="00C162E6" w:rsidP="00ED504B" w:rsidRDefault="00106E6D" w14:paraId="01D93254" w14:textId="27D2C485">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br/>
      </w:r>
      <w:r w:rsidRPr="00D140B5">
        <w:rPr>
          <w:rFonts w:ascii="Roboto" w:hAnsi="Roboto" w:cstheme="majorHAnsi"/>
          <w:b/>
          <w:bCs/>
          <w:sz w:val="19"/>
          <w:szCs w:val="19"/>
          <w:lang w:val="fr-FR"/>
        </w:rPr>
        <w:t>3.2. Échéances et moyens de paiement :</w:t>
      </w:r>
    </w:p>
    <w:p w:rsidRPr="00D140B5" w:rsidR="00C162E6" w:rsidP="006318ED" w:rsidRDefault="00106F4C" w14:paraId="18C0F1F8" w14:textId="5865C979">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 Locataire s’acquitte du p</w:t>
      </w:r>
      <w:r w:rsidRPr="00D140B5" w:rsidR="00106E6D">
        <w:rPr>
          <w:rFonts w:ascii="Roboto" w:hAnsi="Roboto" w:cstheme="majorHAnsi"/>
          <w:sz w:val="19"/>
          <w:szCs w:val="19"/>
          <w:lang w:val="fr-FR"/>
        </w:rPr>
        <w:t>aiement du montant total de la location.</w:t>
      </w:r>
    </w:p>
    <w:p w:rsidRPr="00D140B5" w:rsidR="009A3390" w:rsidP="00ED504B" w:rsidRDefault="00106E6D" w14:paraId="485F61D5" w14:textId="14239698">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br/>
      </w:r>
      <w:r w:rsidRPr="00D140B5">
        <w:rPr>
          <w:rFonts w:ascii="Roboto" w:hAnsi="Roboto" w:cstheme="majorHAnsi"/>
          <w:sz w:val="19"/>
          <w:szCs w:val="19"/>
          <w:lang w:val="fr-FR"/>
        </w:rPr>
        <w:t>Les règlements s'effectuent par carte bancaire</w:t>
      </w:r>
      <w:r w:rsidRPr="00D140B5" w:rsidR="00106F4C">
        <w:rPr>
          <w:rFonts w:ascii="Roboto" w:hAnsi="Roboto" w:cstheme="majorHAnsi"/>
          <w:sz w:val="19"/>
          <w:szCs w:val="19"/>
          <w:lang w:val="fr-FR"/>
        </w:rPr>
        <w:t xml:space="preserve"> ou </w:t>
      </w:r>
      <w:r w:rsidRPr="00D140B5" w:rsidR="00C162E6">
        <w:rPr>
          <w:rFonts w:ascii="Roboto" w:hAnsi="Roboto" w:cstheme="majorHAnsi"/>
          <w:sz w:val="19"/>
          <w:szCs w:val="19"/>
          <w:lang w:val="fr-FR"/>
        </w:rPr>
        <w:t>espèce</w:t>
      </w:r>
      <w:r w:rsidRPr="00D140B5">
        <w:rPr>
          <w:rFonts w:ascii="Roboto" w:hAnsi="Roboto" w:cstheme="majorHAnsi"/>
          <w:sz w:val="19"/>
          <w:szCs w:val="19"/>
          <w:lang w:val="fr-FR"/>
        </w:rPr>
        <w:t xml:space="preserve"> à l'ordre de la SPL ALTEC.</w:t>
      </w:r>
    </w:p>
    <w:p w:rsidRPr="00D140B5" w:rsidR="006F2D3A" w:rsidP="00ED504B" w:rsidRDefault="006F2D3A" w14:paraId="7C19C91D" w14:textId="77777777">
      <w:pPr>
        <w:spacing w:after="0" w:line="240" w:lineRule="auto"/>
        <w:jc w:val="both"/>
        <w:rPr>
          <w:rFonts w:ascii="Roboto" w:hAnsi="Roboto" w:cstheme="majorHAnsi"/>
          <w:sz w:val="19"/>
          <w:szCs w:val="19"/>
          <w:lang w:val="fr-FR"/>
        </w:rPr>
      </w:pPr>
    </w:p>
    <w:p w:rsidRPr="00D140B5" w:rsidR="009A3390" w:rsidP="00ED504B" w:rsidRDefault="00106E6D" w14:paraId="0E38FE7A" w14:textId="77777777">
      <w:pPr>
        <w:pStyle w:val="Titre4"/>
        <w:spacing w:before="0" w:line="240" w:lineRule="auto"/>
        <w:jc w:val="both"/>
        <w:rPr>
          <w:rFonts w:ascii="Roboto" w:hAnsi="Roboto" w:cstheme="majorHAnsi"/>
          <w:b w:val="0"/>
          <w:color w:val="113F67"/>
          <w:sz w:val="19"/>
          <w:szCs w:val="19"/>
          <w:lang w:val="fr-FR"/>
        </w:rPr>
      </w:pPr>
      <w:r w:rsidRPr="00D140B5">
        <w:rPr>
          <w:rFonts w:ascii="Roboto" w:hAnsi="Roboto" w:cstheme="majorHAnsi"/>
          <w:color w:val="333D46"/>
          <w:spacing w:val="-2"/>
          <w:sz w:val="19"/>
          <w:szCs w:val="19"/>
          <w:lang w:val="fr-FR"/>
        </w:rPr>
        <w:t>ARTICLE 4. DÉPÔT DE GARANTIE (CAUTION)</w:t>
      </w:r>
    </w:p>
    <w:p w:rsidRPr="00D140B5" w:rsidR="006F2D3A" w:rsidP="00ED504B" w:rsidRDefault="006F2D3A" w14:paraId="75F2F8EB" w14:textId="77777777">
      <w:pPr>
        <w:keepNext/>
        <w:spacing w:after="0" w:line="240" w:lineRule="auto"/>
        <w:jc w:val="both"/>
        <w:rPr>
          <w:rFonts w:ascii="Roboto" w:hAnsi="Roboto" w:cstheme="majorHAnsi"/>
          <w:sz w:val="19"/>
          <w:szCs w:val="19"/>
          <w:lang w:val="fr-FR"/>
        </w:rPr>
      </w:pPr>
    </w:p>
    <w:p w:rsidRPr="00D140B5" w:rsidR="00C162E6" w:rsidP="00ED504B" w:rsidRDefault="00106E6D" w14:paraId="46FA08CD" w14:textId="1F544D32">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Avant la remise du matériel, le LOCATAIRE doit obligatoirement constituer un dépôt de garantie d'un montant de 1 </w:t>
      </w:r>
      <w:r w:rsidRPr="00D140B5" w:rsidR="00B93581">
        <w:rPr>
          <w:rFonts w:ascii="Roboto" w:hAnsi="Roboto" w:cstheme="majorHAnsi"/>
          <w:sz w:val="19"/>
          <w:szCs w:val="19"/>
          <w:lang w:val="fr-FR"/>
        </w:rPr>
        <w:t>2</w:t>
      </w:r>
      <w:r w:rsidRPr="00D140B5">
        <w:rPr>
          <w:rFonts w:ascii="Roboto" w:hAnsi="Roboto" w:cstheme="majorHAnsi"/>
          <w:sz w:val="19"/>
          <w:szCs w:val="19"/>
          <w:lang w:val="fr-FR"/>
        </w:rPr>
        <w:t>00 € par vélo et ses équipements. Ce dépôt est réalisé sous forme d'empreinte de carte bancaire (pré-autorisation) ou de chèque à l'ordre de la SPL ALTEC.</w:t>
      </w:r>
    </w:p>
    <w:p w:rsidRPr="00D140B5" w:rsidR="00C162E6" w:rsidP="00ED504B" w:rsidRDefault="00106E6D" w14:paraId="39FC95D1" w14:textId="6B0FDDD2">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br/>
      </w:r>
      <w:r w:rsidRPr="00D140B5">
        <w:rPr>
          <w:rFonts w:ascii="Roboto" w:hAnsi="Roboto" w:cstheme="majorHAnsi"/>
          <w:sz w:val="19"/>
          <w:szCs w:val="19"/>
          <w:lang w:val="fr-FR"/>
        </w:rPr>
        <w:t xml:space="preserve">Ce dépôt n'est pas encaissé au moment du départ. Il est destiné à garantir la restitution du matériel en bon état, propre, et le respect des délais. </w:t>
      </w:r>
      <w:r w:rsidRPr="00D140B5" w:rsidR="00050CDF">
        <w:rPr>
          <w:rFonts w:ascii="Roboto" w:hAnsi="Roboto" w:cstheme="majorHAnsi"/>
          <w:sz w:val="19"/>
          <w:szCs w:val="19"/>
          <w:lang w:val="fr-FR"/>
        </w:rPr>
        <w:t>Cette garantie ne peut en aucune façon couvrir une prolongation de la durée de la location sans l’accord préalable du loueur.</w:t>
      </w:r>
    </w:p>
    <w:p w:rsidRPr="00D140B5" w:rsidR="00050CDF" w:rsidP="00ED504B" w:rsidRDefault="00050CDF" w14:paraId="2B0C45EC"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 montant de la garantie ci-dessus sera intégralement libéré ou restitué dans un délai maximal de 7 jours après la fin de la location :</w:t>
      </w:r>
    </w:p>
    <w:p w:rsidRPr="00D140B5" w:rsidR="00050CDF" w:rsidP="004D210C" w:rsidRDefault="00050CDF" w14:paraId="5AB4A158" w14:textId="3454F9E5">
      <w:pPr>
        <w:pStyle w:val="Paragraphedeliste"/>
        <w:numPr>
          <w:ilvl w:val="0"/>
          <w:numId w:val="11"/>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pour</w:t>
      </w:r>
      <w:proofErr w:type="gramEnd"/>
      <w:r w:rsidRPr="00D140B5">
        <w:rPr>
          <w:rFonts w:ascii="Roboto" w:hAnsi="Roboto" w:cstheme="majorHAnsi"/>
          <w:sz w:val="19"/>
          <w:szCs w:val="19"/>
          <w:lang w:val="fr-FR"/>
        </w:rPr>
        <w:t xml:space="preserve"> autant que le matériel soit rendu à la conciergerie vélos, 7, place Kennedy à Angers, dans l’état où il a été remis ;</w:t>
      </w:r>
    </w:p>
    <w:p w:rsidRPr="00D140B5" w:rsidR="009A3390" w:rsidP="004D210C" w:rsidRDefault="00106E6D" w14:paraId="3B87367C" w14:textId="135BD8E3">
      <w:pPr>
        <w:pStyle w:val="Paragraphedeliste"/>
        <w:numPr>
          <w:ilvl w:val="0"/>
          <w:numId w:val="11"/>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déduction</w:t>
      </w:r>
      <w:proofErr w:type="gramEnd"/>
      <w:r w:rsidRPr="00D140B5">
        <w:rPr>
          <w:rFonts w:ascii="Roboto" w:hAnsi="Roboto" w:cstheme="majorHAnsi"/>
          <w:sz w:val="19"/>
          <w:szCs w:val="19"/>
          <w:lang w:val="fr-FR"/>
        </w:rPr>
        <w:t xml:space="preserve"> faite des éventuels frais de remise en état, de nettoyage, de valeur de remplacement du matériel manquant ou cassé.</w:t>
      </w:r>
    </w:p>
    <w:p w:rsidRPr="00D140B5" w:rsidR="008C5AF3" w:rsidP="008C5AF3" w:rsidRDefault="008C5AF3" w14:paraId="1C01E45A" w14:textId="77777777">
      <w:pPr>
        <w:spacing w:after="0" w:line="240" w:lineRule="auto"/>
        <w:jc w:val="both"/>
        <w:rPr>
          <w:rFonts w:ascii="Roboto" w:hAnsi="Roboto" w:cstheme="majorHAnsi"/>
          <w:sz w:val="19"/>
          <w:szCs w:val="19"/>
          <w:lang w:val="fr-FR"/>
        </w:rPr>
      </w:pPr>
    </w:p>
    <w:p w:rsidRPr="00D140B5" w:rsidR="009A3390" w:rsidP="00ED504B" w:rsidRDefault="00106E6D" w14:paraId="4D41F44F"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5. ENLÈVEMENT, RESTITUTION ET ÉTAT DU MATÉRIEL</w:t>
      </w:r>
    </w:p>
    <w:p w:rsidRPr="00D140B5" w:rsidR="006F2D3A" w:rsidP="00ED504B" w:rsidRDefault="006F2D3A" w14:paraId="5732999F" w14:textId="77777777">
      <w:pPr>
        <w:keepNext/>
        <w:spacing w:after="0" w:line="240" w:lineRule="auto"/>
        <w:jc w:val="both"/>
        <w:rPr>
          <w:rFonts w:ascii="Roboto" w:hAnsi="Roboto" w:cstheme="majorHAnsi"/>
          <w:sz w:val="19"/>
          <w:szCs w:val="19"/>
          <w:lang w:val="fr-FR"/>
        </w:rPr>
      </w:pPr>
    </w:p>
    <w:p w:rsidRPr="00D140B5" w:rsidR="00C162E6" w:rsidP="00ED504B" w:rsidRDefault="00106E6D" w14:paraId="5268A097" w14:textId="77777777">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 xml:space="preserve">5.1. Mise à disposition et état des lieux d'entrée : </w:t>
      </w:r>
    </w:p>
    <w:p w:rsidRPr="00D140B5" w:rsidR="00C162E6" w:rsidP="00ED504B" w:rsidRDefault="00106E6D" w14:paraId="1974A2F6"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 matériel est retiré par le LOCATAIRE au lieu, à la date et aux horaires convenus dans le Contrat de Location. </w:t>
      </w:r>
    </w:p>
    <w:p w:rsidRPr="00D140B5" w:rsidR="00C162E6" w:rsidP="00ED504B" w:rsidRDefault="00C162E6" w14:paraId="5202E0DE" w14:textId="77777777">
      <w:pPr>
        <w:spacing w:after="0" w:line="240" w:lineRule="auto"/>
        <w:jc w:val="both"/>
        <w:rPr>
          <w:rFonts w:ascii="Roboto" w:hAnsi="Roboto" w:cstheme="majorHAnsi"/>
          <w:sz w:val="19"/>
          <w:szCs w:val="19"/>
          <w:lang w:val="fr-FR"/>
        </w:rPr>
      </w:pPr>
    </w:p>
    <w:p w:rsidRPr="00D140B5" w:rsidR="00C162E6" w:rsidP="00ED504B" w:rsidRDefault="00106E6D" w14:paraId="4709FB8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Un état des lieux contradictoire et un inventaire exhaustif du matériel sont dressés et signés par les deux parties au moment de la remise</w:t>
      </w:r>
      <w:r w:rsidRPr="00D140B5" w:rsidR="00C162E6">
        <w:rPr>
          <w:rFonts w:ascii="Roboto" w:hAnsi="Roboto" w:cstheme="majorHAnsi"/>
          <w:sz w:val="19"/>
          <w:szCs w:val="19"/>
          <w:lang w:val="fr-FR"/>
        </w:rPr>
        <w:t xml:space="preserve"> dans le cadre du contrat de location</w:t>
      </w:r>
      <w:r w:rsidRPr="00D140B5">
        <w:rPr>
          <w:rFonts w:ascii="Roboto" w:hAnsi="Roboto" w:cstheme="majorHAnsi"/>
          <w:sz w:val="19"/>
          <w:szCs w:val="19"/>
          <w:lang w:val="fr-FR"/>
        </w:rPr>
        <w:t xml:space="preserve">. </w:t>
      </w:r>
    </w:p>
    <w:p w:rsidRPr="00D140B5" w:rsidR="00C162E6" w:rsidP="00ED504B" w:rsidRDefault="00C162E6" w14:paraId="5359D328" w14:textId="77777777">
      <w:pPr>
        <w:spacing w:after="0" w:line="240" w:lineRule="auto"/>
        <w:jc w:val="both"/>
        <w:rPr>
          <w:rFonts w:ascii="Roboto" w:hAnsi="Roboto" w:cstheme="majorHAnsi"/>
          <w:sz w:val="19"/>
          <w:szCs w:val="19"/>
          <w:lang w:val="fr-FR"/>
        </w:rPr>
      </w:pPr>
    </w:p>
    <w:p w:rsidRPr="00D140B5" w:rsidR="00C162E6" w:rsidP="00ED504B" w:rsidRDefault="00106E6D" w14:paraId="63B18714" w14:textId="650386DE">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 LOCATAIRE reconnaît recevoir un matériel propre, en parfait état de marche, de sécurité et d'entretien, conforme à la réglementation routière.</w:t>
      </w:r>
    </w:p>
    <w:p w:rsidRPr="00D140B5" w:rsidR="00C162E6" w:rsidP="00ED504B" w:rsidRDefault="00106E6D" w14:paraId="134D33E2" w14:textId="2C97FB7C">
      <w:pPr>
        <w:spacing w:after="0" w:line="240" w:lineRule="auto"/>
        <w:jc w:val="both"/>
        <w:rPr>
          <w:rFonts w:ascii="Roboto" w:hAnsi="Roboto" w:cstheme="majorHAnsi"/>
          <w:b/>
          <w:bCs/>
          <w:sz w:val="19"/>
          <w:szCs w:val="19"/>
          <w:lang w:val="fr-FR"/>
        </w:rPr>
      </w:pPr>
      <w:r w:rsidRPr="00D140B5">
        <w:rPr>
          <w:rFonts w:ascii="Roboto" w:hAnsi="Roboto" w:cstheme="majorHAnsi"/>
          <w:sz w:val="19"/>
          <w:szCs w:val="19"/>
          <w:lang w:val="fr-FR"/>
        </w:rPr>
        <w:br/>
      </w:r>
      <w:r w:rsidRPr="00D140B5">
        <w:rPr>
          <w:rFonts w:ascii="Roboto" w:hAnsi="Roboto" w:cstheme="majorHAnsi"/>
          <w:b/>
          <w:bCs/>
          <w:sz w:val="19"/>
          <w:szCs w:val="19"/>
          <w:lang w:val="fr-FR"/>
        </w:rPr>
        <w:t xml:space="preserve">5.2. Restitution et état des lieux de sortie : </w:t>
      </w:r>
    </w:p>
    <w:p w:rsidRPr="00D140B5" w:rsidR="00364EE6" w:rsidP="00ED504B" w:rsidRDefault="00106E6D" w14:paraId="3AE2D53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 LOCATAIRE est tenu de restituer le matériel au lieu et à l'échéance horaire stipulés au contrat. </w:t>
      </w:r>
    </w:p>
    <w:p w:rsidRPr="00D140B5" w:rsidR="00364EE6" w:rsidP="00ED504B" w:rsidRDefault="00364EE6" w14:paraId="27E371D4" w14:textId="77777777">
      <w:pPr>
        <w:spacing w:after="0" w:line="240" w:lineRule="auto"/>
        <w:jc w:val="both"/>
        <w:rPr>
          <w:rFonts w:ascii="Roboto" w:hAnsi="Roboto" w:cstheme="majorHAnsi"/>
          <w:sz w:val="19"/>
          <w:szCs w:val="19"/>
          <w:lang w:val="fr-FR"/>
        </w:rPr>
      </w:pPr>
    </w:p>
    <w:p w:rsidRPr="00D140B5" w:rsidR="00364EE6" w:rsidP="00ED504B" w:rsidRDefault="00106E6D" w14:paraId="100B1B70" w14:textId="2B1A3802">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Un état des lieux de sortie est réalisé contradictoirement. </w:t>
      </w:r>
    </w:p>
    <w:p w:rsidRPr="00D140B5" w:rsidR="00364EE6" w:rsidP="00ED504B" w:rsidRDefault="00364EE6" w14:paraId="442C0F33" w14:textId="77777777">
      <w:pPr>
        <w:spacing w:after="0" w:line="240" w:lineRule="auto"/>
        <w:jc w:val="both"/>
        <w:rPr>
          <w:rFonts w:ascii="Roboto" w:hAnsi="Roboto" w:cstheme="majorHAnsi"/>
          <w:sz w:val="19"/>
          <w:szCs w:val="19"/>
          <w:lang w:val="fr-FR"/>
        </w:rPr>
      </w:pPr>
    </w:p>
    <w:p w:rsidRPr="00D140B5" w:rsidR="00364EE6" w:rsidP="00ED504B" w:rsidRDefault="00106E6D" w14:paraId="796D9A2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Si le LOCATAIRE abandonne le matériel ou omet de signer l'état de sortie, le constat unilatéral réalisé par le personnel de DESTINATION ANGERS fera foi et s'imposera au LOCATAIRE pour le calcul des retenues sur caution. </w:t>
      </w:r>
    </w:p>
    <w:p w:rsidRPr="00D140B5" w:rsidR="006F2D3A" w:rsidP="00ED504B" w:rsidRDefault="006F2D3A" w14:paraId="6138A699" w14:textId="77777777">
      <w:pPr>
        <w:spacing w:after="0" w:line="240" w:lineRule="auto"/>
        <w:jc w:val="both"/>
        <w:rPr>
          <w:rFonts w:ascii="Roboto" w:hAnsi="Roboto" w:cstheme="majorHAnsi"/>
          <w:sz w:val="19"/>
          <w:szCs w:val="19"/>
          <w:lang w:val="fr-FR"/>
        </w:rPr>
      </w:pPr>
    </w:p>
    <w:p w:rsidRPr="00D140B5" w:rsidR="009A3390" w:rsidP="00ED504B" w:rsidRDefault="00106E6D" w14:paraId="045995F9"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6. OBLIGATIONS ET UTILISATION CONFORME DU MATÉRIEL</w:t>
      </w:r>
    </w:p>
    <w:p w:rsidRPr="00D140B5" w:rsidR="006F2D3A" w:rsidP="00ED504B" w:rsidRDefault="006F2D3A" w14:paraId="4D37EDA8" w14:textId="77777777">
      <w:pPr>
        <w:keepNext/>
        <w:spacing w:after="0" w:line="240" w:lineRule="auto"/>
        <w:jc w:val="both"/>
        <w:rPr>
          <w:rFonts w:ascii="Roboto" w:hAnsi="Roboto" w:cstheme="majorHAnsi"/>
          <w:sz w:val="19"/>
          <w:szCs w:val="19"/>
          <w:lang w:val="fr-FR"/>
        </w:rPr>
      </w:pPr>
    </w:p>
    <w:p w:rsidRPr="00D140B5" w:rsidR="00364EE6" w:rsidP="00ED504B" w:rsidRDefault="00106E6D" w14:paraId="4BA46FE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 LOCATAIRE s'engage à utiliser le matériel personnellement et à ne jamais le sous-louer ou le prêter à un tiers. </w:t>
      </w:r>
    </w:p>
    <w:p w:rsidRPr="00D140B5" w:rsidR="00364EE6" w:rsidP="00ED504B" w:rsidRDefault="00364EE6" w14:paraId="37D78C08" w14:textId="77777777">
      <w:pPr>
        <w:spacing w:after="0" w:line="240" w:lineRule="auto"/>
        <w:jc w:val="both"/>
        <w:rPr>
          <w:rFonts w:ascii="Roboto" w:hAnsi="Roboto" w:cstheme="majorHAnsi"/>
          <w:sz w:val="19"/>
          <w:szCs w:val="19"/>
          <w:lang w:val="fr-FR"/>
        </w:rPr>
      </w:pPr>
    </w:p>
    <w:p w:rsidRPr="00D140B5" w:rsidR="00364EE6" w:rsidP="00ED504B" w:rsidRDefault="00106E6D" w14:paraId="74FDA98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Il s’engage à :</w:t>
      </w:r>
    </w:p>
    <w:p w:rsidRPr="00D140B5" w:rsidR="00364EE6" w:rsidP="004D210C" w:rsidRDefault="00106E6D" w14:paraId="28E897BD" w14:textId="5190A17F">
      <w:pPr>
        <w:pStyle w:val="Paragraphedeliste"/>
        <w:numPr>
          <w:ilvl w:val="0"/>
          <w:numId w:val="8"/>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Utiliser le vélo </w:t>
      </w:r>
      <w:proofErr w:type="spellStart"/>
      <w:r w:rsidRPr="00D140B5">
        <w:rPr>
          <w:rFonts w:ascii="Roboto" w:hAnsi="Roboto" w:cstheme="majorHAnsi"/>
          <w:sz w:val="19"/>
          <w:szCs w:val="19"/>
          <w:lang w:val="fr-FR"/>
        </w:rPr>
        <w:t>gravel</w:t>
      </w:r>
      <w:proofErr w:type="spellEnd"/>
      <w:r w:rsidRPr="00D140B5">
        <w:rPr>
          <w:rFonts w:ascii="Roboto" w:hAnsi="Roboto" w:cstheme="majorHAnsi"/>
          <w:sz w:val="19"/>
          <w:szCs w:val="19"/>
          <w:lang w:val="fr-FR"/>
        </w:rPr>
        <w:t xml:space="preserve"> et les équipements de bivouac </w:t>
      </w:r>
      <w:r w:rsidRPr="00D140B5" w:rsidR="00FE225E">
        <w:rPr>
          <w:rFonts w:ascii="Roboto" w:hAnsi="Roboto" w:cstheme="majorHAnsi"/>
          <w:sz w:val="19"/>
          <w:szCs w:val="19"/>
          <w:lang w:val="fr-FR"/>
        </w:rPr>
        <w:t xml:space="preserve">avec prudence, sans danger pour les tiers et </w:t>
      </w:r>
      <w:r w:rsidRPr="00D140B5">
        <w:rPr>
          <w:rFonts w:ascii="Roboto" w:hAnsi="Roboto" w:cstheme="majorHAnsi"/>
          <w:sz w:val="19"/>
          <w:szCs w:val="19"/>
          <w:lang w:val="fr-FR"/>
        </w:rPr>
        <w:t xml:space="preserve">conformément à leur destination exclusive (pratique du cyclotourisme sur routes revêtues, chemins carrossables et sentiers adaptés). Tout usage hors-piste extrême (type </w:t>
      </w:r>
      <w:proofErr w:type="spellStart"/>
      <w:r w:rsidRPr="00D140B5">
        <w:rPr>
          <w:rFonts w:ascii="Roboto" w:hAnsi="Roboto" w:cstheme="majorHAnsi"/>
          <w:sz w:val="19"/>
          <w:szCs w:val="19"/>
          <w:lang w:val="fr-FR"/>
        </w:rPr>
        <w:t>Downhill</w:t>
      </w:r>
      <w:proofErr w:type="spellEnd"/>
      <w:r w:rsidRPr="00D140B5">
        <w:rPr>
          <w:rFonts w:ascii="Roboto" w:hAnsi="Roboto" w:cstheme="majorHAnsi"/>
          <w:sz w:val="19"/>
          <w:szCs w:val="19"/>
          <w:lang w:val="fr-FR"/>
        </w:rPr>
        <w:t>/Enduro) ou compétition est strictement interdit</w:t>
      </w:r>
      <w:r w:rsidRPr="00D140B5" w:rsidR="00364EE6">
        <w:rPr>
          <w:rFonts w:ascii="Roboto" w:hAnsi="Roboto" w:cstheme="majorHAnsi"/>
          <w:sz w:val="19"/>
          <w:szCs w:val="19"/>
          <w:lang w:val="fr-FR"/>
        </w:rPr>
        <w:t xml:space="preserve"> ;</w:t>
      </w:r>
    </w:p>
    <w:p w:rsidRPr="00D140B5" w:rsidR="00364EE6" w:rsidP="004D210C" w:rsidRDefault="00106E6D" w14:paraId="138E787F" w14:textId="16017B5F">
      <w:pPr>
        <w:pStyle w:val="Paragraphedeliste"/>
        <w:numPr>
          <w:ilvl w:val="0"/>
          <w:numId w:val="8"/>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Respecter scrupuleusement le Code de la route</w:t>
      </w:r>
      <w:r w:rsidRPr="00D140B5" w:rsidR="00FE225E">
        <w:rPr>
          <w:rFonts w:ascii="Roboto" w:hAnsi="Roboto" w:cstheme="majorHAnsi"/>
          <w:sz w:val="19"/>
          <w:szCs w:val="19"/>
          <w:lang w:val="fr-FR"/>
        </w:rPr>
        <w:t xml:space="preserve"> et autres</w:t>
      </w:r>
      <w:r w:rsidRPr="00D140B5" w:rsidR="00364EE6">
        <w:rPr>
          <w:rFonts w:ascii="Roboto" w:hAnsi="Roboto" w:cstheme="majorHAnsi"/>
          <w:sz w:val="19"/>
          <w:szCs w:val="19"/>
          <w:lang w:val="fr-FR"/>
        </w:rPr>
        <w:t xml:space="preserve"> </w:t>
      </w:r>
      <w:r w:rsidRPr="00D140B5" w:rsidR="00FE225E">
        <w:rPr>
          <w:rFonts w:ascii="Roboto" w:hAnsi="Roboto" w:cstheme="majorHAnsi"/>
          <w:sz w:val="19"/>
          <w:szCs w:val="19"/>
          <w:lang w:val="fr-FR"/>
        </w:rPr>
        <w:t>réglementations en vigueur</w:t>
      </w:r>
      <w:r w:rsidRPr="00D140B5" w:rsidR="0080167E">
        <w:rPr>
          <w:rFonts w:ascii="Roboto" w:hAnsi="Roboto" w:cstheme="majorHAnsi"/>
          <w:sz w:val="19"/>
          <w:szCs w:val="19"/>
          <w:lang w:val="fr-FR"/>
        </w:rPr>
        <w:t xml:space="preserve"> </w:t>
      </w:r>
      <w:r w:rsidRPr="00D140B5" w:rsidR="00364EE6">
        <w:rPr>
          <w:rFonts w:ascii="Roboto" w:hAnsi="Roboto" w:cstheme="majorHAnsi"/>
          <w:sz w:val="19"/>
          <w:szCs w:val="19"/>
          <w:lang w:val="fr-FR"/>
        </w:rPr>
        <w:t>;</w:t>
      </w:r>
    </w:p>
    <w:p w:rsidRPr="00D140B5" w:rsidR="00364EE6" w:rsidP="004D210C" w:rsidRDefault="00106E6D" w14:paraId="3D31FC16" w14:textId="58E47BE4">
      <w:pPr>
        <w:pStyle w:val="Paragraphedeliste"/>
        <w:numPr>
          <w:ilvl w:val="0"/>
          <w:numId w:val="8"/>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Verrouiller systématiquement le vélo avec l'antivol fourni dès qu'il est laissé sans surveillance, en l'attachant impérativement à un point fixe solide (mobilier urbain fixe, arbre, poteau), même pour une courte durée</w:t>
      </w:r>
      <w:r w:rsidRPr="00D140B5" w:rsidR="00364EE6">
        <w:rPr>
          <w:rFonts w:ascii="Roboto" w:hAnsi="Roboto" w:cstheme="majorHAnsi"/>
          <w:sz w:val="19"/>
          <w:szCs w:val="19"/>
          <w:lang w:val="fr-FR"/>
        </w:rPr>
        <w:t xml:space="preserve"> ;</w:t>
      </w:r>
    </w:p>
    <w:p w:rsidRPr="00D140B5" w:rsidR="009A3390" w:rsidP="004D210C" w:rsidRDefault="00106E6D" w14:paraId="7BDB1199" w14:textId="5CB583BB">
      <w:pPr>
        <w:pStyle w:val="Paragraphedeliste"/>
        <w:numPr>
          <w:ilvl w:val="0"/>
          <w:numId w:val="8"/>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Prendre soin du matériel de bivouac et de bagagerie en évitant les frottements excessifs et les expositions anormales aux sources de chaleur.</w:t>
      </w:r>
    </w:p>
    <w:p w:rsidRPr="00D140B5" w:rsidR="00FE225E" w:rsidP="00ED504B" w:rsidRDefault="00FE225E" w14:paraId="1520387A" w14:textId="77777777">
      <w:pPr>
        <w:spacing w:after="0" w:line="240" w:lineRule="auto"/>
        <w:jc w:val="both"/>
        <w:rPr>
          <w:rFonts w:ascii="Roboto" w:hAnsi="Roboto" w:cstheme="majorHAnsi"/>
          <w:sz w:val="19"/>
          <w:szCs w:val="19"/>
          <w:lang w:val="fr-FR"/>
        </w:rPr>
      </w:pPr>
    </w:p>
    <w:p w:rsidRPr="00D140B5" w:rsidR="009A3390" w:rsidP="00ED504B" w:rsidRDefault="00106E6D" w14:paraId="1E3F17DD"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7. RESPONSABILITÉS ET EXCLUSIONS DE RESPONSABILITÉ</w:t>
      </w:r>
    </w:p>
    <w:p w:rsidRPr="00D140B5" w:rsidR="006F2D3A" w:rsidP="00ED504B" w:rsidRDefault="006F2D3A" w14:paraId="4020B031" w14:textId="77777777">
      <w:pPr>
        <w:keepNext/>
        <w:spacing w:after="0" w:line="240" w:lineRule="auto"/>
        <w:jc w:val="both"/>
        <w:rPr>
          <w:rFonts w:ascii="Roboto" w:hAnsi="Roboto" w:cstheme="majorHAnsi"/>
          <w:sz w:val="19"/>
          <w:szCs w:val="19"/>
          <w:lang w:val="fr-FR"/>
        </w:rPr>
      </w:pPr>
    </w:p>
    <w:p w:rsidRPr="00D140B5" w:rsidR="00364EE6" w:rsidP="00ED504B" w:rsidRDefault="00106E6D" w14:paraId="382874B6" w14:textId="77777777">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 xml:space="preserve">7.1. Garde juridique du matériel : </w:t>
      </w:r>
    </w:p>
    <w:p w:rsidRPr="00D140B5" w:rsidR="00FC3C80" w:rsidP="00ED504B" w:rsidRDefault="00FC3C80" w14:paraId="05ED4E75" w14:textId="3778DA6D">
      <w:pPr>
        <w:spacing w:after="0" w:line="240" w:lineRule="auto"/>
        <w:jc w:val="both"/>
        <w:rPr>
          <w:rFonts w:ascii="Roboto" w:hAnsi="Roboto" w:cstheme="majorHAnsi"/>
          <w:color w:val="333D46"/>
          <w:sz w:val="19"/>
          <w:szCs w:val="19"/>
          <w:lang w:val="fr-FR"/>
        </w:rPr>
      </w:pPr>
      <w:r w:rsidRPr="00D140B5">
        <w:rPr>
          <w:rFonts w:ascii="Roboto" w:hAnsi="Roboto" w:cstheme="majorHAnsi"/>
          <w:color w:val="333D46"/>
          <w:sz w:val="19"/>
          <w:szCs w:val="19"/>
          <w:lang w:val="fr-FR"/>
        </w:rPr>
        <w:t>Il est expressément convenu qu’à aucun moment le Locataire</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z w:val="19"/>
          <w:szCs w:val="19"/>
          <w:lang w:val="fr-FR"/>
        </w:rPr>
        <w:t>n’acquiert</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z w:val="19"/>
          <w:szCs w:val="19"/>
          <w:lang w:val="fr-FR"/>
        </w:rPr>
        <w:t>la</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z w:val="19"/>
          <w:szCs w:val="19"/>
          <w:lang w:val="fr-FR"/>
        </w:rPr>
        <w:t>propriété</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z w:val="19"/>
          <w:szCs w:val="19"/>
          <w:lang w:val="fr-FR"/>
        </w:rPr>
        <w:t>du</w:t>
      </w:r>
      <w:r w:rsidRPr="00D140B5">
        <w:rPr>
          <w:rFonts w:ascii="Roboto" w:hAnsi="Roboto" w:cstheme="majorHAnsi"/>
          <w:color w:val="333D46"/>
          <w:spacing w:val="-10"/>
          <w:sz w:val="19"/>
          <w:szCs w:val="19"/>
          <w:lang w:val="fr-FR"/>
        </w:rPr>
        <w:t xml:space="preserve"> </w:t>
      </w:r>
      <w:r w:rsidRPr="00D140B5">
        <w:rPr>
          <w:rFonts w:ascii="Roboto" w:hAnsi="Roboto" w:cstheme="majorHAnsi"/>
          <w:color w:val="333D46"/>
          <w:sz w:val="19"/>
          <w:szCs w:val="19"/>
          <w:lang w:val="fr-FR"/>
        </w:rPr>
        <w:t>matériel</w:t>
      </w:r>
      <w:r w:rsidRPr="00D140B5">
        <w:rPr>
          <w:rFonts w:ascii="Roboto" w:hAnsi="Roboto" w:cstheme="majorHAnsi"/>
          <w:color w:val="333D46"/>
          <w:spacing w:val="-9"/>
          <w:sz w:val="19"/>
          <w:szCs w:val="19"/>
          <w:lang w:val="fr-FR"/>
        </w:rPr>
        <w:t xml:space="preserve"> </w:t>
      </w:r>
      <w:r w:rsidRPr="00D140B5">
        <w:rPr>
          <w:rFonts w:ascii="Roboto" w:hAnsi="Roboto" w:cstheme="majorHAnsi"/>
          <w:color w:val="333D46"/>
          <w:sz w:val="19"/>
          <w:szCs w:val="19"/>
          <w:lang w:val="fr-FR"/>
        </w:rPr>
        <w:t>loué</w:t>
      </w:r>
      <w:r w:rsidRPr="00D140B5">
        <w:rPr>
          <w:rFonts w:ascii="Roboto" w:hAnsi="Roboto" w:cstheme="majorHAnsi"/>
          <w:color w:val="333D46"/>
          <w:spacing w:val="-4"/>
          <w:sz w:val="19"/>
          <w:szCs w:val="19"/>
          <w:lang w:val="fr-FR"/>
        </w:rPr>
        <w:t xml:space="preserve"> </w:t>
      </w:r>
      <w:r w:rsidRPr="00D140B5">
        <w:rPr>
          <w:rFonts w:ascii="Roboto" w:hAnsi="Roboto" w:cstheme="majorHAnsi"/>
          <w:color w:val="333D46"/>
          <w:sz w:val="19"/>
          <w:szCs w:val="19"/>
          <w:lang w:val="fr-FR"/>
        </w:rPr>
        <w:t>par DESTINATION ANGERS</w:t>
      </w:r>
      <w:r w:rsidRPr="00D140B5">
        <w:rPr>
          <w:rFonts w:ascii="Roboto" w:hAnsi="Roboto" w:cstheme="majorHAnsi"/>
          <w:color w:val="333D46"/>
          <w:spacing w:val="-2"/>
          <w:sz w:val="19"/>
          <w:szCs w:val="19"/>
          <w:lang w:val="fr-FR"/>
        </w:rPr>
        <w:t xml:space="preserve"> dans</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pacing w:val="-2"/>
          <w:sz w:val="19"/>
          <w:szCs w:val="19"/>
          <w:lang w:val="fr-FR"/>
        </w:rPr>
        <w:t>le</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pacing w:val="-2"/>
          <w:sz w:val="19"/>
          <w:szCs w:val="19"/>
          <w:lang w:val="fr-FR"/>
        </w:rPr>
        <w:t>cadre</w:t>
      </w:r>
      <w:r w:rsidRPr="00D140B5">
        <w:rPr>
          <w:rFonts w:ascii="Roboto" w:hAnsi="Roboto" w:cstheme="majorHAnsi"/>
          <w:color w:val="333D46"/>
          <w:spacing w:val="-3"/>
          <w:sz w:val="19"/>
          <w:szCs w:val="19"/>
          <w:lang w:val="fr-FR"/>
        </w:rPr>
        <w:t xml:space="preserve"> </w:t>
      </w:r>
      <w:r w:rsidRPr="00D140B5">
        <w:rPr>
          <w:rFonts w:ascii="Roboto" w:hAnsi="Roboto" w:cstheme="majorHAnsi"/>
          <w:color w:val="333D46"/>
          <w:spacing w:val="-2"/>
          <w:sz w:val="19"/>
          <w:szCs w:val="19"/>
          <w:lang w:val="fr-FR"/>
        </w:rPr>
        <w:t>d</w:t>
      </w:r>
      <w:r w:rsidRPr="00D140B5" w:rsidR="002E56F1">
        <w:rPr>
          <w:rFonts w:ascii="Roboto" w:hAnsi="Roboto" w:cstheme="majorHAnsi"/>
          <w:color w:val="333D46"/>
          <w:spacing w:val="-2"/>
          <w:sz w:val="19"/>
          <w:szCs w:val="19"/>
          <w:lang w:val="fr-FR"/>
        </w:rPr>
        <w:t>u contrat de location</w:t>
      </w:r>
      <w:r w:rsidRPr="00D140B5">
        <w:rPr>
          <w:rFonts w:ascii="Roboto" w:hAnsi="Roboto" w:cstheme="majorHAnsi"/>
          <w:color w:val="333D46"/>
          <w:sz w:val="19"/>
          <w:szCs w:val="19"/>
          <w:lang w:val="fr-FR"/>
        </w:rPr>
        <w:t>.</w:t>
      </w:r>
    </w:p>
    <w:p w:rsidRPr="00D140B5" w:rsidR="00D85E6F" w:rsidP="00ED504B" w:rsidRDefault="00D85E6F" w14:paraId="13F16E29" w14:textId="77777777">
      <w:pPr>
        <w:spacing w:after="0" w:line="240" w:lineRule="auto"/>
        <w:jc w:val="both"/>
        <w:rPr>
          <w:rFonts w:ascii="Roboto" w:hAnsi="Roboto" w:cstheme="majorHAnsi"/>
          <w:sz w:val="19"/>
          <w:szCs w:val="19"/>
          <w:lang w:val="fr-FR"/>
        </w:rPr>
      </w:pPr>
    </w:p>
    <w:p w:rsidRPr="00D140B5" w:rsidR="00364EE6" w:rsidP="00ED504B" w:rsidRDefault="00106E6D" w14:paraId="473DE04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Dès la remise effective du matériel, le LOCATAIRE en devient le 'gardien' au sens de l'article 1242 alinéa 1 du Code civil. Il assume la responsabilité entière des dommages causés par l'utilisation du matériel, que ce soit à lui-même, à des tiers ou aux biens d'autrui.</w:t>
      </w:r>
    </w:p>
    <w:p w:rsidRPr="00D140B5" w:rsidR="00364EE6" w:rsidP="00ED504B" w:rsidRDefault="00106E6D" w14:paraId="25A6FB04" w14:textId="2A41EF7B">
      <w:pPr>
        <w:spacing w:after="0" w:line="240" w:lineRule="auto"/>
        <w:jc w:val="both"/>
        <w:rPr>
          <w:rFonts w:ascii="Roboto" w:hAnsi="Roboto" w:cstheme="majorHAnsi"/>
          <w:b/>
          <w:bCs/>
          <w:sz w:val="19"/>
          <w:szCs w:val="19"/>
          <w:lang w:val="fr-FR"/>
        </w:rPr>
      </w:pPr>
      <w:r w:rsidRPr="00D140B5">
        <w:rPr>
          <w:rFonts w:ascii="Roboto" w:hAnsi="Roboto" w:cstheme="majorHAnsi"/>
          <w:sz w:val="19"/>
          <w:szCs w:val="19"/>
          <w:lang w:val="fr-FR"/>
        </w:rPr>
        <w:br/>
      </w:r>
      <w:r w:rsidRPr="00D140B5">
        <w:rPr>
          <w:rFonts w:ascii="Roboto" w:hAnsi="Roboto" w:cstheme="majorHAnsi"/>
          <w:b/>
          <w:bCs/>
          <w:sz w:val="19"/>
          <w:szCs w:val="19"/>
          <w:lang w:val="fr-FR"/>
        </w:rPr>
        <w:t xml:space="preserve">7.2. Responsabilité : </w:t>
      </w:r>
    </w:p>
    <w:p w:rsidRPr="00D140B5" w:rsidR="00364EE6" w:rsidP="3AE72987" w:rsidRDefault="00106E6D" w14:paraId="55853B06" w14:textId="77777777">
      <w:pPr>
        <w:spacing w:after="0" w:line="240" w:lineRule="auto"/>
        <w:jc w:val="both"/>
        <w:rPr>
          <w:rFonts w:ascii="Roboto" w:hAnsi="Roboto" w:cs="Calibri" w:cstheme="majorAscii"/>
          <w:sz w:val="19"/>
          <w:szCs w:val="19"/>
          <w:lang w:val="fr-FR"/>
        </w:rPr>
      </w:pPr>
      <w:r w:rsidRPr="3AE72987" w:rsidR="4A210FF7">
        <w:rPr>
          <w:rFonts w:ascii="Roboto" w:hAnsi="Roboto" w:cs="Calibri" w:cstheme="majorAscii"/>
          <w:sz w:val="19"/>
          <w:szCs w:val="19"/>
          <w:lang w:val="fr-FR"/>
        </w:rPr>
        <w:t xml:space="preserve">Les tracés </w:t>
      </w:r>
      <w:commentRangeStart w:id="290669427"/>
      <w:r w:rsidRPr="3AE72987" w:rsidR="4A210FF7">
        <w:rPr>
          <w:rFonts w:ascii="Roboto" w:hAnsi="Roboto" w:cs="Calibri" w:cstheme="majorAscii"/>
          <w:sz w:val="19"/>
          <w:szCs w:val="19"/>
          <w:lang w:val="fr-FR"/>
        </w:rPr>
        <w:t>GPS</w:t>
      </w:r>
      <w:commentRangeEnd w:id="290669427"/>
      <w:r>
        <w:rPr>
          <w:rStyle w:val="CommentReference"/>
        </w:rPr>
        <w:commentReference w:id="290669427"/>
      </w:r>
      <w:r w:rsidRPr="3AE72987" w:rsidR="4A210FF7">
        <w:rPr>
          <w:rFonts w:ascii="Roboto" w:hAnsi="Roboto" w:cs="Calibri" w:cstheme="majorAscii"/>
          <w:sz w:val="19"/>
          <w:szCs w:val="19"/>
          <w:lang w:val="fr-FR"/>
        </w:rPr>
        <w:t xml:space="preserve"> et les recommandations d’hébergement ou de campings sont fournis à titre purement indicatif et d'information. </w:t>
      </w:r>
    </w:p>
    <w:p w:rsidRPr="00D140B5" w:rsidR="00364EE6" w:rsidP="00ED504B" w:rsidRDefault="00364EE6" w14:paraId="01409E49" w14:textId="77777777">
      <w:pPr>
        <w:spacing w:after="0" w:line="240" w:lineRule="auto"/>
        <w:jc w:val="both"/>
        <w:rPr>
          <w:rFonts w:ascii="Roboto" w:hAnsi="Roboto" w:cstheme="majorHAnsi"/>
          <w:sz w:val="19"/>
          <w:szCs w:val="19"/>
          <w:lang w:val="fr-FR"/>
        </w:rPr>
      </w:pPr>
    </w:p>
    <w:p w:rsidRPr="00D140B5" w:rsidR="00364EE6" w:rsidP="00ED504B" w:rsidRDefault="00106E6D" w14:paraId="066BD82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 LOCATAIRE reste seul maître de son itinéraire, du choix de sa vitesse, de la vérification de la praticabilité réelle des chemins au jour de sa pratique et du respect des propriétés privées ou zones naturelles protégées. </w:t>
      </w:r>
    </w:p>
    <w:p w:rsidRPr="00D140B5" w:rsidR="00D85E6F" w:rsidP="00ED504B" w:rsidRDefault="00D85E6F" w14:paraId="72726963" w14:textId="77777777">
      <w:pPr>
        <w:spacing w:after="0" w:line="240" w:lineRule="auto"/>
        <w:jc w:val="both"/>
        <w:rPr>
          <w:rFonts w:ascii="Roboto" w:hAnsi="Roboto" w:cstheme="majorHAnsi"/>
          <w:sz w:val="19"/>
          <w:szCs w:val="19"/>
          <w:lang w:val="fr-FR"/>
        </w:rPr>
      </w:pPr>
    </w:p>
    <w:p w:rsidRPr="00D140B5" w:rsidR="00D85E6F" w:rsidP="00ED504B" w:rsidRDefault="008C5AF3" w14:paraId="4213432D" w14:textId="088889D5">
      <w:pPr>
        <w:spacing w:after="0" w:line="240" w:lineRule="auto"/>
        <w:jc w:val="both"/>
        <w:rPr>
          <w:rFonts w:ascii="Roboto" w:hAnsi="Roboto" w:cstheme="majorHAnsi"/>
          <w:sz w:val="19"/>
          <w:szCs w:val="19"/>
          <w:lang w:val="fr-FR"/>
        </w:rPr>
      </w:pPr>
      <w:r w:rsidRPr="00D140B5">
        <w:rPr>
          <w:rFonts w:ascii="Roboto" w:hAnsi="Roboto" w:cstheme="majorHAnsi"/>
          <w:b/>
          <w:bCs/>
          <w:sz w:val="19"/>
          <w:szCs w:val="19"/>
          <w:lang w:val="fr-FR"/>
        </w:rPr>
        <w:t>Le locataire doit impérativement respecter le code de la route.</w:t>
      </w:r>
      <w:r w:rsidRPr="00D140B5">
        <w:rPr>
          <w:rFonts w:ascii="Roboto" w:hAnsi="Roboto" w:cstheme="majorHAnsi"/>
          <w:sz w:val="19"/>
          <w:szCs w:val="19"/>
          <w:lang w:val="fr-FR"/>
        </w:rPr>
        <w:t xml:space="preserve"> </w:t>
      </w:r>
      <w:r w:rsidRPr="00D140B5" w:rsidR="00D85E6F">
        <w:rPr>
          <w:rFonts w:ascii="Roboto" w:hAnsi="Roboto" w:cstheme="majorHAnsi"/>
          <w:sz w:val="19"/>
          <w:szCs w:val="19"/>
          <w:lang w:val="fr-FR"/>
        </w:rPr>
        <w:t xml:space="preserve">Le Locataire est personnellement responsable de toute infraction notamment celle concernant le code de la route et il demeure responsable des dommages </w:t>
      </w:r>
      <w:r w:rsidRPr="00D140B5" w:rsidR="00D85E6F">
        <w:rPr>
          <w:rFonts w:ascii="Roboto" w:hAnsi="Roboto" w:cstheme="majorHAnsi"/>
          <w:sz w:val="19"/>
          <w:szCs w:val="19"/>
          <w:lang w:val="fr-FR"/>
        </w:rPr>
        <w:t xml:space="preserve">corporels et matériels qu'il cause à l'occasion de l'utilisation du matériel loué (art.1383 et 1384 du code civil). </w:t>
      </w:r>
    </w:p>
    <w:p w:rsidR="008C5AF3" w:rsidP="00ED504B" w:rsidRDefault="008C5AF3" w14:paraId="544336CB" w14:textId="4F47CB0A">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Le locataire doit adapter son itinéraire à ses capacités personnelles sans chercher à les dépasser.</w:t>
      </w:r>
    </w:p>
    <w:p w:rsidRPr="00D140B5" w:rsidR="00D140B5" w:rsidP="00ED504B" w:rsidRDefault="00D140B5" w14:paraId="2579815E" w14:textId="77777777">
      <w:pPr>
        <w:spacing w:after="0" w:line="240" w:lineRule="auto"/>
        <w:jc w:val="both"/>
        <w:rPr>
          <w:rFonts w:ascii="Roboto" w:hAnsi="Roboto" w:cstheme="majorHAnsi"/>
          <w:b/>
          <w:bCs/>
          <w:sz w:val="19"/>
          <w:szCs w:val="19"/>
          <w:lang w:val="fr-FR"/>
        </w:rPr>
      </w:pPr>
    </w:p>
    <w:p w:rsidRPr="00D140B5" w:rsidR="00364EE6" w:rsidP="00ED504B" w:rsidRDefault="00106E6D" w14:paraId="21C4E6B3" w14:textId="3041455A">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 xml:space="preserve">7.3. Exclusion de responsabilité pour faute du </w:t>
      </w:r>
      <w:r w:rsidRPr="00D140B5" w:rsidR="00D85E6F">
        <w:rPr>
          <w:rFonts w:ascii="Roboto" w:hAnsi="Roboto" w:cstheme="majorHAnsi"/>
          <w:b/>
          <w:bCs/>
          <w:sz w:val="19"/>
          <w:szCs w:val="19"/>
          <w:lang w:val="fr-FR"/>
        </w:rPr>
        <w:t>Locataire</w:t>
      </w:r>
      <w:r w:rsidRPr="00D140B5">
        <w:rPr>
          <w:rFonts w:ascii="Roboto" w:hAnsi="Roboto" w:cstheme="majorHAnsi"/>
          <w:b/>
          <w:bCs/>
          <w:sz w:val="19"/>
          <w:szCs w:val="19"/>
          <w:lang w:val="fr-FR"/>
        </w:rPr>
        <w:t xml:space="preserve"> : </w:t>
      </w:r>
    </w:p>
    <w:p w:rsidRPr="00D140B5" w:rsidR="00364EE6" w:rsidP="00ED504B" w:rsidRDefault="00106E6D" w14:paraId="257064E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responsabilité de DESTINATION ANGERS ne peut être engagée en cas de dommages résultant :</w:t>
      </w:r>
    </w:p>
    <w:p w:rsidRPr="00D140B5" w:rsidR="00364EE6" w:rsidP="004D210C" w:rsidRDefault="00106E6D" w14:paraId="5F1F942E" w14:textId="0FB2D77B">
      <w:pPr>
        <w:pStyle w:val="Paragraphedeliste"/>
        <w:numPr>
          <w:ilvl w:val="0"/>
          <w:numId w:val="9"/>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D'une utilisation non conforme ou inadaptée du matériel par le LOCATAIRE</w:t>
      </w:r>
      <w:r w:rsidRPr="00D140B5" w:rsidR="00364EE6">
        <w:rPr>
          <w:rFonts w:ascii="Roboto" w:hAnsi="Roboto" w:cstheme="majorHAnsi"/>
          <w:sz w:val="19"/>
          <w:szCs w:val="19"/>
          <w:lang w:val="fr-FR"/>
        </w:rPr>
        <w:t xml:space="preserve"> ;</w:t>
      </w:r>
    </w:p>
    <w:p w:rsidRPr="00D140B5" w:rsidR="00364EE6" w:rsidP="004D210C" w:rsidRDefault="00106E6D" w14:paraId="1F36D4E4" w14:textId="6512722B">
      <w:pPr>
        <w:pStyle w:val="Paragraphedeliste"/>
        <w:numPr>
          <w:ilvl w:val="0"/>
          <w:numId w:val="9"/>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 non-respect des règles de sécurité ou du Code de la route</w:t>
      </w:r>
      <w:r w:rsidRPr="00D140B5" w:rsidR="00364EE6">
        <w:rPr>
          <w:rFonts w:ascii="Roboto" w:hAnsi="Roboto" w:cstheme="majorHAnsi"/>
          <w:sz w:val="19"/>
          <w:szCs w:val="19"/>
          <w:lang w:val="fr-FR"/>
        </w:rPr>
        <w:t xml:space="preserve"> ;</w:t>
      </w:r>
    </w:p>
    <w:p w:rsidRPr="00D140B5" w:rsidR="009A3390" w:rsidP="004D210C" w:rsidRDefault="00106E6D" w14:paraId="758347BB" w14:textId="3376F742">
      <w:pPr>
        <w:pStyle w:val="Paragraphedeliste"/>
        <w:numPr>
          <w:ilvl w:val="0"/>
          <w:numId w:val="9"/>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De la négligence du LOCATAIRE (défaut d'arrimage des sacoches, mauvais verrouillage du vélo).</w:t>
      </w:r>
    </w:p>
    <w:p w:rsidRPr="00D140B5" w:rsidR="00D85E6F" w:rsidP="00ED504B" w:rsidRDefault="00D85E6F" w14:paraId="02A1B2F4" w14:textId="77777777">
      <w:pPr>
        <w:spacing w:after="0" w:line="240" w:lineRule="auto"/>
        <w:jc w:val="both"/>
        <w:rPr>
          <w:rFonts w:ascii="Roboto" w:hAnsi="Roboto" w:cstheme="majorHAnsi"/>
          <w:sz w:val="19"/>
          <w:szCs w:val="19"/>
          <w:lang w:val="fr-FR"/>
        </w:rPr>
      </w:pPr>
    </w:p>
    <w:p w:rsidRPr="00D140B5" w:rsidR="00D85E6F" w:rsidP="00ED504B" w:rsidRDefault="00D85E6F" w14:paraId="0671379F" w14:textId="6E9FC6FC">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DESTINATION ANGERS ne saurait être tenue responsable en cas d'accident, de fermeture de route, d'impraticabilité des voies ou de défaillance des hébergeurs recommandés.</w:t>
      </w:r>
    </w:p>
    <w:p w:rsidRPr="00D140B5" w:rsidR="00D85E6F" w:rsidP="00ED504B" w:rsidRDefault="00D85E6F" w14:paraId="406F93D9" w14:textId="77777777">
      <w:pPr>
        <w:spacing w:after="0" w:line="240" w:lineRule="auto"/>
        <w:jc w:val="both"/>
        <w:rPr>
          <w:rFonts w:ascii="Roboto" w:hAnsi="Roboto" w:cstheme="majorHAnsi"/>
          <w:sz w:val="19"/>
          <w:szCs w:val="19"/>
          <w:lang w:val="fr-FR"/>
        </w:rPr>
      </w:pPr>
    </w:p>
    <w:p w:rsidRPr="00D140B5" w:rsidR="00D85E6F" w:rsidP="00ED504B" w:rsidRDefault="00D85E6F" w14:paraId="1387B172"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responsabilité du Loueur est expressément dégagée en cas d'inobservation des prescriptions légales.</w:t>
      </w:r>
    </w:p>
    <w:p w:rsidRPr="00D140B5" w:rsidR="006F2D3A" w:rsidP="00ED504B" w:rsidRDefault="006F2D3A" w14:paraId="3BD72833" w14:textId="77777777">
      <w:pPr>
        <w:spacing w:after="0" w:line="240" w:lineRule="auto"/>
        <w:jc w:val="both"/>
        <w:rPr>
          <w:rFonts w:ascii="Roboto" w:hAnsi="Roboto" w:cstheme="majorHAnsi"/>
          <w:sz w:val="19"/>
          <w:szCs w:val="19"/>
          <w:lang w:val="fr-FR"/>
        </w:rPr>
      </w:pPr>
    </w:p>
    <w:p w:rsidRPr="00D140B5" w:rsidR="009A3390" w:rsidP="00ED504B" w:rsidRDefault="00106E6D" w14:paraId="4863D7F4"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8. ASSURANCES, CASSE, PERTE ET VOL</w:t>
      </w:r>
    </w:p>
    <w:p w:rsidRPr="00D140B5" w:rsidR="006F2D3A" w:rsidP="00ED504B" w:rsidRDefault="006F2D3A" w14:paraId="284F9A7A" w14:textId="77777777">
      <w:pPr>
        <w:keepNext/>
        <w:spacing w:after="0" w:line="240" w:lineRule="auto"/>
        <w:jc w:val="both"/>
        <w:rPr>
          <w:rFonts w:ascii="Roboto" w:hAnsi="Roboto" w:cstheme="majorHAnsi"/>
          <w:sz w:val="19"/>
          <w:szCs w:val="19"/>
          <w:lang w:val="fr-FR"/>
        </w:rPr>
      </w:pPr>
    </w:p>
    <w:p w:rsidRPr="00D140B5" w:rsidR="00364EE6" w:rsidP="00ED504B" w:rsidRDefault="00106E6D" w14:paraId="5B06EEE2" w14:textId="77777777">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 xml:space="preserve">8.1. Assurance du Locataire : </w:t>
      </w:r>
    </w:p>
    <w:p w:rsidRPr="00D140B5" w:rsidR="002E56F1" w:rsidP="00ED504B" w:rsidRDefault="00106E6D" w14:paraId="3539665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 LOCATAIRE doit obligatoirement être couvert par une assurance Responsabilité Civile personnelle en vigueur pour couvrir les dommages qu’il pourrait causer à des tiers lors de sa pratique.</w:t>
      </w:r>
      <w:r w:rsidRPr="00D140B5" w:rsidR="00FE225E">
        <w:rPr>
          <w:rFonts w:ascii="Roboto" w:hAnsi="Roboto" w:cstheme="majorHAnsi"/>
          <w:sz w:val="19"/>
          <w:szCs w:val="19"/>
          <w:lang w:val="fr-FR"/>
        </w:rPr>
        <w:t xml:space="preserve"> </w:t>
      </w:r>
    </w:p>
    <w:p w:rsidRPr="00D140B5" w:rsidR="002E56F1" w:rsidP="00ED504B" w:rsidRDefault="002E56F1" w14:paraId="2EEA4B45" w14:textId="77777777">
      <w:pPr>
        <w:spacing w:after="0" w:line="240" w:lineRule="auto"/>
        <w:jc w:val="both"/>
        <w:rPr>
          <w:rFonts w:ascii="Roboto" w:hAnsi="Roboto" w:cstheme="majorHAnsi"/>
          <w:sz w:val="19"/>
          <w:szCs w:val="19"/>
          <w:lang w:val="fr-FR"/>
        </w:rPr>
      </w:pPr>
    </w:p>
    <w:p w:rsidRPr="00D140B5" w:rsidR="00364EE6" w:rsidP="00ED504B" w:rsidRDefault="00FE225E" w14:paraId="7CD166E4" w14:textId="7618C27E">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Il déclare être apte à conduire le matériel loué et ne pas avoir de contre‐indication médicale</w:t>
      </w:r>
    </w:p>
    <w:p w:rsidRPr="00D140B5" w:rsidR="00364EE6" w:rsidP="00ED504B" w:rsidRDefault="00106E6D" w14:paraId="36835EDF" w14:textId="77777777">
      <w:pPr>
        <w:spacing w:after="0" w:line="240" w:lineRule="auto"/>
        <w:jc w:val="both"/>
        <w:rPr>
          <w:rFonts w:ascii="Roboto" w:hAnsi="Roboto" w:cstheme="majorHAnsi"/>
          <w:b/>
          <w:bCs/>
          <w:sz w:val="19"/>
          <w:szCs w:val="19"/>
          <w:lang w:val="fr-FR"/>
        </w:rPr>
      </w:pPr>
      <w:r w:rsidRPr="00D140B5">
        <w:rPr>
          <w:rFonts w:ascii="Roboto" w:hAnsi="Roboto" w:cstheme="majorHAnsi"/>
          <w:sz w:val="19"/>
          <w:szCs w:val="19"/>
          <w:lang w:val="fr-FR"/>
        </w:rPr>
        <w:br/>
      </w:r>
      <w:r w:rsidRPr="00D140B5">
        <w:rPr>
          <w:rFonts w:ascii="Roboto" w:hAnsi="Roboto" w:cstheme="majorHAnsi"/>
          <w:b/>
          <w:bCs/>
          <w:sz w:val="19"/>
          <w:szCs w:val="19"/>
          <w:lang w:val="fr-FR"/>
        </w:rPr>
        <w:t>8.2. Gestion des sinistres (Casse, Perte, Vol) :</w:t>
      </w:r>
    </w:p>
    <w:p w:rsidRPr="00D140B5" w:rsidR="00364EE6" w:rsidP="004D210C" w:rsidRDefault="00106E6D" w14:paraId="1331D83A" w14:textId="77777777">
      <w:pPr>
        <w:pStyle w:val="Paragraphedeliste"/>
        <w:numPr>
          <w:ilvl w:val="0"/>
          <w:numId w:val="10"/>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En cas de vol ou de perte : Le LOCATAIRE doit immédiatement en informer DESTINATION ANGERS et déposer une plainte auprès des autorités de police ou de gendarmerie dans les 24 heures. La valeur à neuf du matériel volé ou perdu sera intégralement facturée au LOCATAIRE et imputée sur le dépôt de garantie.</w:t>
      </w:r>
    </w:p>
    <w:p w:rsidRPr="00D87EEF" w:rsidR="009A3390" w:rsidP="004D210C" w:rsidRDefault="00106E6D" w14:paraId="396091C5" w14:textId="3639D4EF">
      <w:pPr>
        <w:pStyle w:val="Paragraphedeliste"/>
        <w:numPr>
          <w:ilvl w:val="0"/>
          <w:numId w:val="10"/>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En cas de casse ou dégradation : Les frais de réparation, de remplacement des pièces d'origine endommagées et la main-d'œuvre </w:t>
      </w:r>
      <w:r w:rsidRPr="00D140B5">
        <w:rPr>
          <w:rFonts w:ascii="Roboto" w:hAnsi="Roboto" w:cstheme="majorHAnsi"/>
          <w:sz w:val="19"/>
          <w:szCs w:val="19"/>
          <w:lang w:val="fr-FR"/>
        </w:rPr>
        <w:t>associée seront chiffrés selon le barème officiel du fabricant Origine et imputés sur le dépôt de garantie</w:t>
      </w:r>
      <w:r w:rsidRPr="00D140B5" w:rsidR="0080167E">
        <w:rPr>
          <w:rFonts w:ascii="Roboto" w:hAnsi="Roboto" w:cstheme="majorHAnsi"/>
          <w:sz w:val="19"/>
          <w:szCs w:val="19"/>
          <w:lang w:val="fr-FR"/>
        </w:rPr>
        <w:t xml:space="preserve"> </w:t>
      </w:r>
      <w:r w:rsidRPr="00D87EEF" w:rsidR="0080167E">
        <w:rPr>
          <w:rFonts w:ascii="Roboto" w:hAnsi="Roboto" w:cstheme="majorHAnsi"/>
          <w:sz w:val="19"/>
          <w:szCs w:val="19"/>
          <w:lang w:val="fr-FR"/>
        </w:rPr>
        <w:t>(grille tarifaire en annexe aux présentes CG)</w:t>
      </w:r>
      <w:r w:rsidRPr="00D87EEF">
        <w:rPr>
          <w:rFonts w:ascii="Roboto" w:hAnsi="Roboto" w:cstheme="majorHAnsi"/>
          <w:sz w:val="19"/>
          <w:szCs w:val="19"/>
          <w:lang w:val="fr-FR"/>
        </w:rPr>
        <w:t>.</w:t>
      </w:r>
    </w:p>
    <w:p w:rsidRPr="00D140B5" w:rsidR="006F2D3A" w:rsidP="00ED504B" w:rsidRDefault="006F2D3A" w14:paraId="64CB8422" w14:textId="77777777">
      <w:pPr>
        <w:spacing w:after="0" w:line="240" w:lineRule="auto"/>
        <w:jc w:val="both"/>
        <w:rPr>
          <w:rFonts w:ascii="Roboto" w:hAnsi="Roboto" w:cstheme="majorHAnsi"/>
          <w:sz w:val="19"/>
          <w:szCs w:val="19"/>
          <w:lang w:val="fr-FR"/>
        </w:rPr>
      </w:pPr>
    </w:p>
    <w:p w:rsidRPr="00D140B5" w:rsidR="009A3390" w:rsidP="00ED504B" w:rsidRDefault="00106E6D" w14:paraId="48C4FC25"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9. ASSISTANCE TECHNIQUE</w:t>
      </w:r>
    </w:p>
    <w:p w:rsidRPr="00D140B5" w:rsidR="006F2D3A" w:rsidP="00ED504B" w:rsidRDefault="006F2D3A" w14:paraId="00277967" w14:textId="77777777">
      <w:pPr>
        <w:keepNext/>
        <w:spacing w:after="0" w:line="240" w:lineRule="auto"/>
        <w:jc w:val="both"/>
        <w:rPr>
          <w:rFonts w:ascii="Roboto" w:hAnsi="Roboto" w:cstheme="majorHAnsi"/>
          <w:sz w:val="19"/>
          <w:szCs w:val="19"/>
          <w:lang w:val="fr-FR"/>
        </w:rPr>
      </w:pPr>
    </w:p>
    <w:p w:rsidRPr="00D140B5" w:rsidR="00364EE6" w:rsidP="00ED504B" w:rsidRDefault="00106E6D" w14:paraId="08D82FC6"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DESTINATION ANGERS fournit un kit de réparation de première nécessité au départ (chambre à air, démonte-pneus, pompe, multi-outil). </w:t>
      </w:r>
    </w:p>
    <w:p w:rsidRPr="00D140B5" w:rsidR="00364EE6" w:rsidP="00ED504B" w:rsidRDefault="00364EE6" w14:paraId="64270DA1" w14:textId="77777777">
      <w:pPr>
        <w:spacing w:after="0" w:line="240" w:lineRule="auto"/>
        <w:jc w:val="both"/>
        <w:rPr>
          <w:rFonts w:ascii="Roboto" w:hAnsi="Roboto" w:cstheme="majorHAnsi"/>
          <w:sz w:val="19"/>
          <w:szCs w:val="19"/>
          <w:lang w:val="fr-FR"/>
        </w:rPr>
      </w:pPr>
    </w:p>
    <w:p w:rsidRPr="00D140B5" w:rsidR="00364EE6" w:rsidP="00ED504B" w:rsidRDefault="00106E6D" w14:paraId="203C7FC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 LOCATAIRE est autonome pour les réparations mineures (crevaisons, saut de chaîne, réglage de selle). </w:t>
      </w:r>
    </w:p>
    <w:p w:rsidRPr="00D140B5" w:rsidR="00364EE6" w:rsidP="00ED504B" w:rsidRDefault="00364EE6" w14:paraId="2749A45F" w14:textId="77777777">
      <w:pPr>
        <w:spacing w:after="0" w:line="240" w:lineRule="auto"/>
        <w:jc w:val="both"/>
        <w:rPr>
          <w:rFonts w:ascii="Roboto" w:hAnsi="Roboto" w:cstheme="majorHAnsi"/>
          <w:sz w:val="19"/>
          <w:szCs w:val="19"/>
          <w:lang w:val="fr-FR"/>
        </w:rPr>
      </w:pPr>
    </w:p>
    <w:p w:rsidRPr="00D140B5" w:rsidR="0080167E" w:rsidP="00ED504B" w:rsidRDefault="00106E6D" w14:paraId="7DB47FA3" w14:textId="0FF5F41A">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En cas de panne mécanique majeure rendant le vélo inutilisable</w:t>
      </w:r>
      <w:r w:rsidRPr="00D140B5" w:rsidR="0080167E">
        <w:rPr>
          <w:rFonts w:ascii="Roboto" w:hAnsi="Roboto" w:cstheme="majorHAnsi"/>
          <w:sz w:val="19"/>
          <w:szCs w:val="19"/>
          <w:lang w:val="fr-FR"/>
        </w:rPr>
        <w:t xml:space="preserve"> – panne </w:t>
      </w:r>
      <w:r w:rsidRPr="00D140B5">
        <w:rPr>
          <w:rFonts w:ascii="Roboto" w:hAnsi="Roboto" w:cstheme="majorHAnsi"/>
          <w:sz w:val="19"/>
          <w:szCs w:val="19"/>
          <w:lang w:val="fr-FR"/>
        </w:rPr>
        <w:t xml:space="preserve">résultant </w:t>
      </w:r>
      <w:r w:rsidRPr="00D140B5" w:rsidR="0080167E">
        <w:rPr>
          <w:rFonts w:ascii="Roboto" w:hAnsi="Roboto" w:cstheme="majorHAnsi"/>
          <w:sz w:val="19"/>
          <w:szCs w:val="19"/>
          <w:lang w:val="fr-FR"/>
        </w:rPr>
        <w:t xml:space="preserve">ou non </w:t>
      </w:r>
      <w:r w:rsidRPr="00D140B5">
        <w:rPr>
          <w:rFonts w:ascii="Roboto" w:hAnsi="Roboto" w:cstheme="majorHAnsi"/>
          <w:sz w:val="19"/>
          <w:szCs w:val="19"/>
          <w:lang w:val="fr-FR"/>
        </w:rPr>
        <w:t>d'un choc ou d'une mauvaise utilisation</w:t>
      </w:r>
      <w:r w:rsidRPr="00D140B5" w:rsidR="0080167E">
        <w:rPr>
          <w:rFonts w:ascii="Roboto" w:hAnsi="Roboto" w:cstheme="majorHAnsi"/>
          <w:sz w:val="19"/>
          <w:szCs w:val="19"/>
          <w:lang w:val="fr-FR"/>
        </w:rPr>
        <w:t xml:space="preserve"> du vélo par le Locataire</w:t>
      </w:r>
      <w:r w:rsidRPr="00D140B5">
        <w:rPr>
          <w:rFonts w:ascii="Roboto" w:hAnsi="Roboto" w:cstheme="majorHAnsi"/>
          <w:sz w:val="19"/>
          <w:szCs w:val="19"/>
          <w:lang w:val="fr-FR"/>
        </w:rPr>
        <w:t>, le LOCATAIRE doit</w:t>
      </w:r>
      <w:r w:rsidRPr="00D140B5" w:rsidR="0080167E">
        <w:rPr>
          <w:rFonts w:ascii="Roboto" w:hAnsi="Roboto" w:cstheme="majorHAnsi"/>
          <w:sz w:val="19"/>
          <w:szCs w:val="19"/>
          <w:lang w:val="fr-FR"/>
        </w:rPr>
        <w:t xml:space="preserve"> soit :</w:t>
      </w:r>
    </w:p>
    <w:p w:rsidRPr="00D140B5" w:rsidR="0080167E" w:rsidP="3AE72987" w:rsidRDefault="0080167E" w14:paraId="021F2C02" w14:textId="4C980E28">
      <w:pPr>
        <w:pStyle w:val="Paragraphedeliste"/>
        <w:numPr>
          <w:ilvl w:val="0"/>
          <w:numId w:val="11"/>
        </w:numPr>
        <w:spacing w:after="0" w:line="240" w:lineRule="auto"/>
        <w:jc w:val="both"/>
        <w:rPr>
          <w:rFonts w:ascii="Roboto" w:hAnsi="Roboto" w:cs="Calibri" w:cstheme="majorAscii"/>
          <w:sz w:val="19"/>
          <w:szCs w:val="19"/>
          <w:lang w:val="fr-FR"/>
        </w:rPr>
      </w:pPr>
      <w:r w:rsidRPr="3AE72987" w:rsidR="6BABE0A1">
        <w:rPr>
          <w:rFonts w:ascii="Roboto" w:hAnsi="Roboto" w:cs="Calibri" w:cstheme="majorAscii"/>
          <w:sz w:val="19"/>
          <w:szCs w:val="19"/>
          <w:lang w:val="fr-FR"/>
        </w:rPr>
        <w:t>contacter</w:t>
      </w:r>
      <w:r w:rsidRPr="3AE72987" w:rsidR="6BABE0A1">
        <w:rPr>
          <w:rFonts w:ascii="Roboto" w:hAnsi="Roboto" w:cs="Calibri" w:cstheme="majorAscii"/>
          <w:sz w:val="19"/>
          <w:szCs w:val="19"/>
          <w:lang w:val="fr-FR"/>
        </w:rPr>
        <w:t xml:space="preserve"> le numéro d'assistance </w:t>
      </w:r>
      <w:commentRangeStart w:id="743254824"/>
      <w:r w:rsidRPr="3AE72987" w:rsidR="6BABE0A1">
        <w:rPr>
          <w:rFonts w:ascii="Roboto" w:hAnsi="Roboto" w:cs="Calibri" w:cstheme="majorAscii"/>
          <w:sz w:val="19"/>
          <w:szCs w:val="19"/>
          <w:lang w:val="fr-FR"/>
        </w:rPr>
        <w:t>technique</w:t>
      </w:r>
      <w:commentRangeEnd w:id="743254824"/>
      <w:r>
        <w:rPr>
          <w:rStyle w:val="CommentReference"/>
        </w:rPr>
        <w:commentReference w:id="743254824"/>
      </w:r>
      <w:r w:rsidRPr="3AE72987" w:rsidR="6BABE0A1">
        <w:rPr>
          <w:rFonts w:ascii="Roboto" w:hAnsi="Roboto" w:cs="Calibri" w:cstheme="majorAscii"/>
          <w:sz w:val="19"/>
          <w:szCs w:val="19"/>
          <w:lang w:val="fr-FR"/>
        </w:rPr>
        <w:t xml:space="preserve"> de DESTINATION ANGERS indiqué sur le contrat pour qu’un prestataire vienne réparer le vélo ;</w:t>
      </w:r>
    </w:p>
    <w:p w:rsidRPr="00D140B5" w:rsidR="0080167E" w:rsidP="004D210C" w:rsidRDefault="0080167E" w14:paraId="6F829960" w14:textId="1D8807BC">
      <w:pPr>
        <w:pStyle w:val="Paragraphedeliste"/>
        <w:numPr>
          <w:ilvl w:val="0"/>
          <w:numId w:val="11"/>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contacter</w:t>
      </w:r>
      <w:proofErr w:type="gramEnd"/>
      <w:r w:rsidRPr="00D140B5">
        <w:rPr>
          <w:rFonts w:ascii="Roboto" w:hAnsi="Roboto" w:cstheme="majorHAnsi"/>
          <w:sz w:val="19"/>
          <w:szCs w:val="19"/>
          <w:lang w:val="fr-FR"/>
        </w:rPr>
        <w:t xml:space="preserve"> le numéro indiqué sur le contrat pour qu’un prestataire vienne rapatrier le Locataire le vélo à l’adresse de l’Office du Tourisme d’Angers ;</w:t>
      </w:r>
    </w:p>
    <w:p w:rsidRPr="00D140B5" w:rsidR="0080167E" w:rsidP="00ED504B" w:rsidRDefault="0080167E" w14:paraId="6808166A" w14:textId="1C46901A">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Il est à noter que les frais de réparation ou de rapatriement sont intégralement à la charge du Locataire si la panne mécanique majeur rendant le vélo inutilisable est le résultat d'un choc ou d'une mauvaise utilisation du vélo par le Locataire.</w:t>
      </w:r>
    </w:p>
    <w:p w:rsidRPr="00D140B5" w:rsidR="0080167E" w:rsidP="00ED504B" w:rsidRDefault="0080167E" w14:paraId="3D97F2E4" w14:textId="77777777">
      <w:pPr>
        <w:spacing w:after="0" w:line="240" w:lineRule="auto"/>
        <w:jc w:val="both"/>
        <w:rPr>
          <w:rFonts w:ascii="Roboto" w:hAnsi="Roboto" w:cstheme="majorHAnsi"/>
          <w:sz w:val="19"/>
          <w:szCs w:val="19"/>
          <w:highlight w:val="yellow"/>
          <w:lang w:val="fr-FR"/>
        </w:rPr>
      </w:pPr>
    </w:p>
    <w:p w:rsidRPr="00D140B5" w:rsidR="009A3390" w:rsidP="00ED504B" w:rsidRDefault="00106E6D" w14:paraId="429C5042"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10. CONDITIONS D'ANNULATION ET D'INTERRUPTION ANTICIPÉE</w:t>
      </w:r>
    </w:p>
    <w:p w:rsidRPr="00D140B5" w:rsidR="006F2D3A" w:rsidP="00ED504B" w:rsidRDefault="006F2D3A" w14:paraId="38C07D0E" w14:textId="77777777">
      <w:pPr>
        <w:keepNext/>
        <w:spacing w:after="0" w:line="240" w:lineRule="auto"/>
        <w:jc w:val="both"/>
        <w:rPr>
          <w:rFonts w:ascii="Roboto" w:hAnsi="Roboto" w:cstheme="majorHAnsi"/>
          <w:sz w:val="19"/>
          <w:szCs w:val="19"/>
          <w:lang w:val="fr-FR"/>
        </w:rPr>
      </w:pPr>
    </w:p>
    <w:p w:rsidRPr="00D140B5" w:rsidR="00364EE6" w:rsidP="00ED504B" w:rsidRDefault="00106E6D" w14:paraId="25F72AC1" w14:textId="77777777">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 xml:space="preserve">10.1. Annulation à l'initiative du Locataire : </w:t>
      </w:r>
    </w:p>
    <w:p w:rsidRPr="00D140B5" w:rsidR="00364EE6" w:rsidP="00ED504B" w:rsidRDefault="00106E6D" w14:paraId="779BDC3C" w14:textId="1185F7E1">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Toute annulation doit être notifiée par écrit (courriel ou courrier) à DESTINATION ANGERS</w:t>
      </w:r>
      <w:r w:rsidRPr="00D140B5" w:rsidR="00E90578">
        <w:rPr>
          <w:rFonts w:ascii="Roboto" w:hAnsi="Roboto" w:cstheme="majorHAnsi"/>
          <w:sz w:val="19"/>
          <w:szCs w:val="19"/>
          <w:lang w:val="fr-FR"/>
        </w:rPr>
        <w:t xml:space="preserve"> avant retrait du Vélo à l’Office du Tourisme d’Angers</w:t>
      </w:r>
      <w:r w:rsidRPr="00D140B5">
        <w:rPr>
          <w:rFonts w:ascii="Roboto" w:hAnsi="Roboto" w:cstheme="majorHAnsi"/>
          <w:sz w:val="19"/>
          <w:szCs w:val="19"/>
          <w:lang w:val="fr-FR"/>
        </w:rPr>
        <w:t xml:space="preserve">. </w:t>
      </w:r>
    </w:p>
    <w:p w:rsidRPr="00D140B5" w:rsidR="00364EE6" w:rsidP="00ED504B" w:rsidRDefault="00106E6D" w14:paraId="7D2FB43C" w14:textId="77777777">
      <w:pPr>
        <w:spacing w:after="0" w:line="240" w:lineRule="auto"/>
        <w:jc w:val="both"/>
        <w:rPr>
          <w:rFonts w:ascii="Roboto" w:hAnsi="Roboto" w:cstheme="majorHAnsi"/>
          <w:b/>
          <w:bCs/>
          <w:sz w:val="19"/>
          <w:szCs w:val="19"/>
          <w:lang w:val="fr-FR"/>
        </w:rPr>
      </w:pPr>
      <w:r w:rsidRPr="00D140B5">
        <w:rPr>
          <w:rFonts w:ascii="Roboto" w:hAnsi="Roboto" w:cstheme="majorHAnsi"/>
          <w:sz w:val="19"/>
          <w:szCs w:val="19"/>
          <w:lang w:val="fr-FR"/>
        </w:rPr>
        <w:br/>
      </w:r>
      <w:r w:rsidRPr="00D140B5">
        <w:rPr>
          <w:rFonts w:ascii="Roboto" w:hAnsi="Roboto" w:cstheme="majorHAnsi"/>
          <w:b/>
          <w:bCs/>
          <w:sz w:val="19"/>
          <w:szCs w:val="19"/>
          <w:lang w:val="fr-FR"/>
        </w:rPr>
        <w:t xml:space="preserve">10.2. Interruption anticipée : </w:t>
      </w:r>
    </w:p>
    <w:p w:rsidRPr="00D140B5" w:rsidR="009A3390" w:rsidP="00ED504B" w:rsidRDefault="00106E6D" w14:paraId="01BFBDA3" w14:textId="2A2261ED">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En cas de restitution du matériel avant la date de fin contractuelle prévue, le LOCATAIRE ne pourra prétendre à aucun remboursement, diminution de prix ou dédommagement, quelle qu’en soit la cause (météo défavorable, fatigue, abandon).</w:t>
      </w:r>
    </w:p>
    <w:p w:rsidRPr="00D140B5" w:rsidR="006F2D3A" w:rsidP="00ED504B" w:rsidRDefault="006F2D3A" w14:paraId="14EE6091" w14:textId="77777777">
      <w:pPr>
        <w:spacing w:after="0" w:line="240" w:lineRule="auto"/>
        <w:jc w:val="both"/>
        <w:rPr>
          <w:rFonts w:ascii="Roboto" w:hAnsi="Roboto" w:cstheme="majorHAnsi"/>
          <w:sz w:val="19"/>
          <w:szCs w:val="19"/>
          <w:lang w:val="fr-FR"/>
        </w:rPr>
      </w:pPr>
    </w:p>
    <w:p w:rsidRPr="00D140B5" w:rsidR="009A3390" w:rsidP="00ED504B" w:rsidRDefault="00106E6D" w14:paraId="33DAB888"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11. FORCE MAJEURE</w:t>
      </w:r>
    </w:p>
    <w:p w:rsidRPr="00D140B5" w:rsidR="006F2D3A" w:rsidP="00ED504B" w:rsidRDefault="006F2D3A" w14:paraId="231F4FBC" w14:textId="77777777">
      <w:pPr>
        <w:keepNext/>
        <w:spacing w:after="0" w:line="240" w:lineRule="auto"/>
        <w:jc w:val="both"/>
        <w:rPr>
          <w:rFonts w:ascii="Roboto" w:hAnsi="Roboto" w:cstheme="majorHAnsi"/>
          <w:sz w:val="19"/>
          <w:szCs w:val="19"/>
          <w:lang w:val="fr-FR"/>
        </w:rPr>
      </w:pPr>
    </w:p>
    <w:p w:rsidRPr="00D140B5" w:rsidR="00FC3C80" w:rsidP="00ED504B" w:rsidRDefault="00106E6D" w14:paraId="2810C67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Conformément à l’article 1218 du Code civil, la survenance d'un cas de force majeure (événement imprévisible, irrésistible et extérieur) suspendra les obligations des parties. </w:t>
      </w:r>
    </w:p>
    <w:p w:rsidRPr="00D140B5" w:rsidR="00FC3C80" w:rsidP="00ED504B" w:rsidRDefault="00FC3C80" w14:paraId="12FBDF10" w14:textId="77777777">
      <w:pPr>
        <w:spacing w:after="0" w:line="240" w:lineRule="auto"/>
        <w:jc w:val="both"/>
        <w:rPr>
          <w:rFonts w:ascii="Roboto" w:hAnsi="Roboto" w:cstheme="majorHAnsi"/>
          <w:sz w:val="19"/>
          <w:szCs w:val="19"/>
          <w:lang w:val="fr-FR"/>
        </w:rPr>
      </w:pPr>
    </w:p>
    <w:p w:rsidRPr="00D140B5" w:rsidR="009A3390" w:rsidP="00ED504B" w:rsidRDefault="00106E6D" w14:paraId="68E61A97" w14:textId="269A92BB">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Si la location est rendue définitivement impossible par un cas de force majeure, le contrat sera résolu de plein droit et les sommes versées par le LOCATAIRE lui seront restituées, à l’exclusion de toute indemnité complémentaire.</w:t>
      </w:r>
    </w:p>
    <w:p w:rsidRPr="00D140B5" w:rsidR="006F2D3A" w:rsidP="00ED504B" w:rsidRDefault="006F2D3A" w14:paraId="2C2DC5CB" w14:textId="77777777">
      <w:pPr>
        <w:spacing w:after="0" w:line="240" w:lineRule="auto"/>
        <w:jc w:val="both"/>
        <w:rPr>
          <w:rFonts w:ascii="Roboto" w:hAnsi="Roboto" w:cstheme="majorHAnsi"/>
          <w:sz w:val="19"/>
          <w:szCs w:val="19"/>
          <w:lang w:val="fr-FR"/>
        </w:rPr>
      </w:pPr>
    </w:p>
    <w:p w:rsidRPr="00D140B5" w:rsidR="009A3390" w:rsidP="00ED504B" w:rsidRDefault="00106E6D" w14:paraId="5E96F3E3"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12. PROPRIÉTÉ INTELLECTUELLE</w:t>
      </w:r>
    </w:p>
    <w:p w:rsidRPr="00D140B5" w:rsidR="006F2D3A" w:rsidP="00ED504B" w:rsidRDefault="006F2D3A" w14:paraId="5883434F" w14:textId="77777777">
      <w:pPr>
        <w:keepNext/>
        <w:spacing w:after="0" w:line="240" w:lineRule="auto"/>
        <w:jc w:val="both"/>
        <w:rPr>
          <w:rFonts w:ascii="Roboto" w:hAnsi="Roboto" w:cstheme="majorHAnsi"/>
          <w:sz w:val="19"/>
          <w:szCs w:val="19"/>
          <w:lang w:val="fr-FR"/>
        </w:rPr>
      </w:pPr>
    </w:p>
    <w:p w:rsidRPr="00D140B5" w:rsidR="00FC3C80" w:rsidP="00ED504B" w:rsidRDefault="00106E6D" w14:paraId="5E9928A2"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Les tracés GPS, fichiers numériques GPX, cartes, logos, brochures et contenus textuels ou graphiques remis par DESTINATION ANGERS au LOCATAIRE sont protégés par le droit d'auteur et restent la propriété intellectuelle exclusive de la SPL ALTEC. </w:t>
      </w:r>
    </w:p>
    <w:p w:rsidRPr="00D140B5" w:rsidR="00FC3C80" w:rsidP="00ED504B" w:rsidRDefault="00FC3C80" w14:paraId="2A9F8650" w14:textId="77777777">
      <w:pPr>
        <w:spacing w:after="0" w:line="240" w:lineRule="auto"/>
        <w:jc w:val="both"/>
        <w:rPr>
          <w:rFonts w:ascii="Roboto" w:hAnsi="Roboto" w:cstheme="majorHAnsi"/>
          <w:sz w:val="19"/>
          <w:szCs w:val="19"/>
          <w:lang w:val="fr-FR"/>
        </w:rPr>
      </w:pPr>
    </w:p>
    <w:p w:rsidRPr="00D140B5" w:rsidR="009A3390" w:rsidP="00ED504B" w:rsidRDefault="00106E6D" w14:paraId="60172DEB" w14:textId="34B8A505">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Toute reproduction, diffusion publique ou commercialisation de ces itinéraires est strictement interdite sans accord écrit préalable.</w:t>
      </w:r>
    </w:p>
    <w:p w:rsidRPr="00D140B5" w:rsidR="006F2D3A" w:rsidP="00ED504B" w:rsidRDefault="006F2D3A" w14:paraId="0266C34F" w14:textId="77777777">
      <w:pPr>
        <w:spacing w:after="0" w:line="240" w:lineRule="auto"/>
        <w:jc w:val="both"/>
        <w:rPr>
          <w:rFonts w:ascii="Roboto" w:hAnsi="Roboto" w:cstheme="majorHAnsi"/>
          <w:sz w:val="19"/>
          <w:szCs w:val="19"/>
          <w:lang w:val="fr-FR"/>
        </w:rPr>
      </w:pPr>
    </w:p>
    <w:p w:rsidRPr="00D140B5" w:rsidR="009A3390" w:rsidP="00ED504B" w:rsidRDefault="00106E6D" w14:paraId="74498422"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13. DONNÉES PERSONNELLES (RGPD)</w:t>
      </w:r>
    </w:p>
    <w:p w:rsidRPr="00D140B5" w:rsidR="006F2D3A" w:rsidP="00ED504B" w:rsidRDefault="006F2D3A" w14:paraId="53BB5D0F" w14:textId="77777777">
      <w:pPr>
        <w:keepNext/>
        <w:spacing w:after="0" w:line="240" w:lineRule="auto"/>
        <w:jc w:val="both"/>
        <w:rPr>
          <w:rFonts w:ascii="Roboto" w:hAnsi="Roboto" w:cstheme="majorHAnsi"/>
          <w:sz w:val="19"/>
          <w:szCs w:val="19"/>
          <w:lang w:val="fr-FR"/>
        </w:rPr>
      </w:pPr>
    </w:p>
    <w:p w:rsidRPr="00D140B5" w:rsidR="00693267" w:rsidP="00ED504B" w:rsidRDefault="00693267" w14:paraId="313B6A92" w14:textId="5D7EB58B">
      <w:pPr>
        <w:pStyle w:val="Corpsdetexte"/>
        <w:widowControl w:val="0"/>
        <w:autoSpaceDE w:val="0"/>
        <w:autoSpaceDN w:val="0"/>
        <w:spacing w:after="0" w:line="240" w:lineRule="auto"/>
        <w:jc w:val="both"/>
        <w:rPr>
          <w:rFonts w:ascii="Roboto" w:hAnsi="Roboto" w:cstheme="majorHAnsi"/>
          <w:color w:val="333D46"/>
          <w:sz w:val="19"/>
          <w:szCs w:val="19"/>
          <w:lang w:val="fr-FR"/>
        </w:rPr>
      </w:pPr>
      <w:r w:rsidRPr="00D140B5">
        <w:rPr>
          <w:rFonts w:ascii="Roboto" w:hAnsi="Roboto" w:cstheme="majorHAnsi"/>
          <w:color w:val="333D46"/>
          <w:sz w:val="19"/>
          <w:szCs w:val="19"/>
          <w:lang w:val="fr-FR"/>
        </w:rPr>
        <w:t xml:space="preserve">Dans le cadre du processus de réservation de la Location sur le Site Internet de Destination Angers et sur le site de l’Office de Tourisme d’Angers, Destination Angers est susceptible de collecter des données personnelles relatives au Locataire. </w:t>
      </w:r>
    </w:p>
    <w:p w:rsidRPr="00D140B5" w:rsidR="00693267" w:rsidP="00ED504B" w:rsidRDefault="00693267" w14:paraId="3D3BF86C" w14:textId="77777777">
      <w:pPr>
        <w:pStyle w:val="Corpsdetexte"/>
        <w:widowControl w:val="0"/>
        <w:autoSpaceDE w:val="0"/>
        <w:autoSpaceDN w:val="0"/>
        <w:spacing w:after="0" w:line="240" w:lineRule="auto"/>
        <w:jc w:val="both"/>
        <w:rPr>
          <w:rFonts w:ascii="Roboto" w:hAnsi="Roboto" w:cstheme="majorHAnsi"/>
          <w:color w:val="333D46"/>
          <w:sz w:val="19"/>
          <w:szCs w:val="19"/>
          <w:lang w:val="fr-FR"/>
        </w:rPr>
      </w:pPr>
    </w:p>
    <w:p w:rsidRPr="00D140B5" w:rsidR="00693267" w:rsidP="00ED504B" w:rsidRDefault="00693267" w14:paraId="0916881D" w14:textId="77777777">
      <w:pPr>
        <w:pStyle w:val="Corpsdetexte"/>
        <w:widowControl w:val="0"/>
        <w:autoSpaceDE w:val="0"/>
        <w:autoSpaceDN w:val="0"/>
        <w:spacing w:after="0" w:line="240" w:lineRule="auto"/>
        <w:jc w:val="both"/>
        <w:rPr>
          <w:rFonts w:ascii="Roboto" w:hAnsi="Roboto" w:cstheme="majorHAnsi"/>
          <w:color w:val="333D46"/>
          <w:sz w:val="19"/>
          <w:szCs w:val="19"/>
          <w:lang w:val="fr-FR"/>
        </w:rPr>
      </w:pPr>
      <w:r w:rsidRPr="00D140B5">
        <w:rPr>
          <w:rFonts w:ascii="Roboto" w:hAnsi="Roboto" w:cstheme="majorHAnsi"/>
          <w:color w:val="333D46"/>
          <w:sz w:val="19"/>
          <w:szCs w:val="19"/>
          <w:lang w:val="fr-FR"/>
        </w:rPr>
        <w:t xml:space="preserve">A ce titre, Destination Angers s’engage à respecter la règlementation en vigueur applicable au traitement de données à caractère personnel et, en particulier, le Règlement européen 2016/679 du 27 avril 2016 relatif à la protection des personnes physiques à l’égard du traitement des données à caractère personnel et à la libre circulation de ces données (RGPD). </w:t>
      </w:r>
    </w:p>
    <w:p w:rsidRPr="00D140B5" w:rsidR="00693267" w:rsidP="00ED504B" w:rsidRDefault="00693267" w14:paraId="51D12F09" w14:textId="5B092E51">
      <w:pPr>
        <w:pStyle w:val="Corpsdetexte"/>
        <w:widowControl w:val="0"/>
        <w:autoSpaceDE w:val="0"/>
        <w:autoSpaceDN w:val="0"/>
        <w:spacing w:after="0" w:line="240" w:lineRule="auto"/>
        <w:jc w:val="both"/>
        <w:rPr>
          <w:rFonts w:ascii="Roboto" w:hAnsi="Roboto" w:cstheme="majorHAnsi"/>
          <w:color w:val="333D46"/>
          <w:sz w:val="19"/>
          <w:szCs w:val="19"/>
          <w:lang w:val="fr-FR"/>
        </w:rPr>
      </w:pPr>
      <w:r w:rsidRPr="00D140B5">
        <w:rPr>
          <w:rFonts w:ascii="Roboto" w:hAnsi="Roboto" w:cstheme="majorHAnsi"/>
          <w:color w:val="333D46"/>
          <w:sz w:val="19"/>
          <w:szCs w:val="19"/>
          <w:lang w:val="fr-FR"/>
        </w:rPr>
        <w:t xml:space="preserve">Pour en savoir plus sur la gestion de vos données et de vos droits, il convient de vous référer à l’annexe 2 aux présentes CG. </w:t>
      </w:r>
    </w:p>
    <w:p w:rsidRPr="00D140B5" w:rsidR="00FC3C80" w:rsidP="006318ED" w:rsidRDefault="00693267" w14:paraId="7F01DE90" w14:textId="5D8A4013">
      <w:pPr>
        <w:pStyle w:val="Corpsdetexte"/>
        <w:widowControl w:val="0"/>
        <w:autoSpaceDE w:val="0"/>
        <w:autoSpaceDN w:val="0"/>
        <w:spacing w:after="0" w:line="240" w:lineRule="auto"/>
        <w:jc w:val="both"/>
        <w:rPr>
          <w:rFonts w:ascii="Roboto" w:hAnsi="Roboto" w:cstheme="majorHAnsi"/>
          <w:sz w:val="19"/>
          <w:szCs w:val="19"/>
          <w:lang w:val="fr-FR"/>
        </w:rPr>
      </w:pPr>
      <w:r w:rsidRPr="00D140B5">
        <w:rPr>
          <w:rFonts w:ascii="Roboto" w:hAnsi="Roboto" w:cstheme="majorHAnsi"/>
          <w:color w:val="333D46"/>
          <w:sz w:val="19"/>
          <w:szCs w:val="19"/>
          <w:lang w:val="fr-FR"/>
        </w:rPr>
        <w:t>Pour en savoir plus sur la gestion des cookies, il convient de vous référer à l’annexe 3 aux présentes CG.</w:t>
      </w:r>
    </w:p>
    <w:p w:rsidRPr="00D140B5" w:rsidR="006F2D3A" w:rsidP="00ED504B" w:rsidRDefault="006F2D3A" w14:paraId="2187E8A3" w14:textId="77777777">
      <w:pPr>
        <w:spacing w:after="0" w:line="240" w:lineRule="auto"/>
        <w:jc w:val="both"/>
        <w:rPr>
          <w:rFonts w:ascii="Roboto" w:hAnsi="Roboto" w:cstheme="majorHAnsi"/>
          <w:sz w:val="19"/>
          <w:szCs w:val="19"/>
          <w:lang w:val="fr-FR"/>
        </w:rPr>
      </w:pPr>
    </w:p>
    <w:p w:rsidRPr="00D140B5" w:rsidR="009A3390" w:rsidP="00ED504B" w:rsidRDefault="00106E6D" w14:paraId="2E57ED71" w14:textId="77777777">
      <w:pPr>
        <w:pStyle w:val="Titre4"/>
        <w:spacing w:before="0" w:line="240" w:lineRule="auto"/>
        <w:jc w:val="both"/>
        <w:rPr>
          <w:rFonts w:ascii="Roboto" w:hAnsi="Roboto" w:cstheme="majorHAnsi"/>
          <w:color w:val="333D46"/>
          <w:spacing w:val="-2"/>
          <w:sz w:val="19"/>
          <w:szCs w:val="19"/>
          <w:lang w:val="fr-FR"/>
        </w:rPr>
      </w:pPr>
      <w:r w:rsidRPr="00D140B5">
        <w:rPr>
          <w:rFonts w:ascii="Roboto" w:hAnsi="Roboto" w:cstheme="majorHAnsi"/>
          <w:color w:val="333D46"/>
          <w:spacing w:val="-2"/>
          <w:sz w:val="19"/>
          <w:szCs w:val="19"/>
          <w:lang w:val="fr-FR"/>
        </w:rPr>
        <w:t>ARTICLE 14. DROIT APPLICABLE, RÉSOLUTION DES LITIGES ET MÉDIATION</w:t>
      </w:r>
    </w:p>
    <w:p w:rsidRPr="00D140B5" w:rsidR="006F2D3A" w:rsidP="00ED504B" w:rsidRDefault="006F2D3A" w14:paraId="4334C735" w14:textId="77777777">
      <w:pPr>
        <w:keepNext/>
        <w:spacing w:after="0" w:line="240" w:lineRule="auto"/>
        <w:jc w:val="both"/>
        <w:rPr>
          <w:rFonts w:ascii="Roboto" w:hAnsi="Roboto" w:cstheme="majorHAnsi"/>
          <w:sz w:val="19"/>
          <w:szCs w:val="19"/>
          <w:lang w:val="fr-FR"/>
        </w:rPr>
      </w:pPr>
    </w:p>
    <w:p w:rsidRPr="00D140B5" w:rsidR="00FC3C80" w:rsidP="00ED504B" w:rsidRDefault="00106E6D" w14:paraId="44ABE3E2" w14:textId="0669D939">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14.1. Loi applicable :</w:t>
      </w:r>
    </w:p>
    <w:p w:rsidRPr="00D140B5" w:rsidR="00F813E1" w:rsidP="00ED504B" w:rsidRDefault="00106E6D" w14:paraId="43E3143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présentes CG et le contrat de location afférent sont régis exclusivement par la loi française.</w:t>
      </w:r>
    </w:p>
    <w:p w:rsidRPr="00D140B5" w:rsidR="00FC3C80" w:rsidP="00ED504B" w:rsidRDefault="00106E6D" w14:paraId="088281B4" w14:textId="798BF6EB">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br/>
      </w:r>
      <w:r w:rsidRPr="00D140B5">
        <w:rPr>
          <w:rFonts w:ascii="Roboto" w:hAnsi="Roboto" w:cstheme="majorHAnsi"/>
          <w:b/>
          <w:bCs/>
          <w:sz w:val="19"/>
          <w:szCs w:val="19"/>
          <w:lang w:val="fr-FR"/>
        </w:rPr>
        <w:t>14.2. Médiation de la consommation :</w:t>
      </w:r>
    </w:p>
    <w:p w:rsidRPr="00D140B5" w:rsidR="00FC3C80" w:rsidP="00ED504B" w:rsidRDefault="00106E6D" w14:paraId="0805250F"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En cas de litige ou de réclamation concernant sa location, le LOCATAIRE doit d’abord s'adresser par écrit au service client de DESTINATION ANGERS par lettre recommandée avec accusé de réception à : Destination Angers, 7 place du Président Kennedy, 49000 Angers. </w:t>
      </w:r>
    </w:p>
    <w:p w:rsidRPr="00D140B5" w:rsidR="00D270FF" w:rsidP="00ED504B" w:rsidRDefault="00D270FF" w14:paraId="197AA0EF" w14:textId="77777777">
      <w:pPr>
        <w:spacing w:after="0" w:line="240" w:lineRule="auto"/>
        <w:jc w:val="both"/>
        <w:rPr>
          <w:rFonts w:ascii="Roboto" w:hAnsi="Roboto" w:cstheme="majorHAnsi"/>
          <w:sz w:val="19"/>
          <w:szCs w:val="19"/>
          <w:lang w:val="fr-FR"/>
        </w:rPr>
      </w:pPr>
    </w:p>
    <w:p w:rsidRPr="00D140B5" w:rsidR="00D140B5" w:rsidP="00ED504B" w:rsidRDefault="00106E6D" w14:paraId="5811F5BA" w14:textId="77777777">
      <w:pPr>
        <w:spacing w:after="0" w:line="240" w:lineRule="auto"/>
        <w:jc w:val="both"/>
        <w:rPr>
          <w:rFonts w:ascii="Roboto" w:hAnsi="Roboto" w:cstheme="majorHAnsi"/>
          <w:sz w:val="19"/>
          <w:szCs w:val="19"/>
          <w:lang w:val="fr-FR"/>
        </w:rPr>
        <w:sectPr w:rsidRPr="00D140B5" w:rsidR="00D140B5" w:rsidSect="00C851E8">
          <w:type w:val="continuous"/>
          <w:pgSz w:w="12240" w:h="15840" w:orient="portrait"/>
          <w:pgMar w:top="2127" w:right="1152" w:bottom="1152" w:left="1152" w:header="720" w:footer="720" w:gutter="0"/>
          <w:cols w:space="720" w:num="2"/>
          <w:docGrid w:linePitch="360"/>
        </w:sectPr>
      </w:pPr>
      <w:r w:rsidRPr="00D140B5">
        <w:rPr>
          <w:rFonts w:ascii="Roboto" w:hAnsi="Roboto" w:cstheme="majorHAnsi"/>
          <w:sz w:val="19"/>
          <w:szCs w:val="19"/>
          <w:lang w:val="fr-FR"/>
        </w:rPr>
        <w:t xml:space="preserve">Si aucune solution amiable n'est trouvée dans un délai </w:t>
      </w:r>
      <w:r w:rsidRPr="00D140B5" w:rsidR="00693267">
        <w:rPr>
          <w:rFonts w:ascii="Roboto" w:hAnsi="Roboto" w:cstheme="majorHAnsi"/>
          <w:sz w:val="19"/>
          <w:szCs w:val="19"/>
          <w:lang w:val="fr-FR"/>
        </w:rPr>
        <w:t>d’</w:t>
      </w:r>
      <w:r w:rsidRPr="00D140B5">
        <w:rPr>
          <w:rFonts w:ascii="Roboto" w:hAnsi="Roboto" w:cstheme="majorHAnsi"/>
          <w:sz w:val="19"/>
          <w:szCs w:val="19"/>
          <w:lang w:val="fr-FR"/>
        </w:rPr>
        <w:t xml:space="preserve">un (1) mois, le LOCATAIRE consommateur a le droit de recourir </w:t>
      </w:r>
    </w:p>
    <w:p w:rsidRPr="00D140B5" w:rsidR="00FC3C80" w:rsidP="00ED504B" w:rsidRDefault="00106E6D" w14:paraId="0E9F9E3D" w14:textId="1BC8F2D2">
      <w:p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gratuitement</w:t>
      </w:r>
      <w:proofErr w:type="gramEnd"/>
      <w:r w:rsidRPr="00D140B5">
        <w:rPr>
          <w:rFonts w:ascii="Roboto" w:hAnsi="Roboto" w:cstheme="majorHAnsi"/>
          <w:sz w:val="19"/>
          <w:szCs w:val="19"/>
          <w:lang w:val="fr-FR"/>
        </w:rPr>
        <w:t xml:space="preserve"> à un médiateur de la consommation en vue de la résolution amiable du litige, conformément à l'article L. 612-1 du Code de la consommation. </w:t>
      </w:r>
    </w:p>
    <w:p w:rsidRPr="00D140B5" w:rsidR="00FC3C80" w:rsidP="00ED504B" w:rsidRDefault="00FC3C80" w14:paraId="663C3945" w14:textId="77777777">
      <w:pPr>
        <w:spacing w:after="0" w:line="240" w:lineRule="auto"/>
        <w:jc w:val="both"/>
        <w:rPr>
          <w:rFonts w:ascii="Roboto" w:hAnsi="Roboto" w:cstheme="majorHAnsi"/>
          <w:sz w:val="19"/>
          <w:szCs w:val="19"/>
          <w:lang w:val="fr-FR"/>
        </w:rPr>
      </w:pPr>
    </w:p>
    <w:p w:rsidRPr="00D140B5" w:rsidR="00FC3C80" w:rsidP="00ED504B" w:rsidRDefault="00106E6D" w14:paraId="2E58635C" w14:textId="1C86461B">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Le médiateur référent pour la SPL ALTEC est : MTV - Médiation Tourisme Voyage, BP 80 303, 75723 Paris Cedex 15 - </w:t>
      </w:r>
      <w:hyperlink w:history="1" r:id="rId10">
        <w:r w:rsidRPr="00D140B5" w:rsidR="00FC3C80">
          <w:rPr>
            <w:rStyle w:val="Lienhypertexte"/>
            <w:rFonts w:ascii="Roboto" w:hAnsi="Roboto" w:cstheme="majorHAnsi"/>
            <w:sz w:val="19"/>
            <w:szCs w:val="19"/>
            <w:lang w:val="fr-FR"/>
          </w:rPr>
          <w:t>www.mtv.travel</w:t>
        </w:r>
      </w:hyperlink>
      <w:r w:rsidRPr="00D140B5">
        <w:rPr>
          <w:rFonts w:ascii="Roboto" w:hAnsi="Roboto" w:cstheme="majorHAnsi"/>
          <w:sz w:val="19"/>
          <w:szCs w:val="19"/>
          <w:lang w:val="fr-FR"/>
        </w:rPr>
        <w:t>.</w:t>
      </w:r>
    </w:p>
    <w:p w:rsidRPr="00D140B5" w:rsidR="00FC3C80" w:rsidP="00ED504B" w:rsidRDefault="00106E6D" w14:paraId="3231CB18" w14:textId="06C3091F">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br/>
      </w:r>
      <w:r w:rsidRPr="00D140B5">
        <w:rPr>
          <w:rFonts w:ascii="Roboto" w:hAnsi="Roboto" w:cstheme="majorHAnsi"/>
          <w:b/>
          <w:bCs/>
          <w:sz w:val="19"/>
          <w:szCs w:val="19"/>
          <w:lang w:val="fr-FR"/>
        </w:rPr>
        <w:t>14.3. Juridiction compétente :</w:t>
      </w:r>
    </w:p>
    <w:p w:rsidRPr="00D140B5" w:rsidR="009A3390" w:rsidP="00ED504B" w:rsidRDefault="00106E6D" w14:paraId="7E3CE4CF" w14:textId="3B492678">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À défaut d'accord amiable ou de médiation, tout litige sera porté devant les tribunaux français compétents selon les règles de droit commun du Code de procédure civile.</w:t>
      </w:r>
    </w:p>
    <w:p w:rsidRPr="00D140B5" w:rsidR="00D140B5" w:rsidP="006318ED" w:rsidRDefault="00D140B5" w14:paraId="440CD17D" w14:textId="77777777">
      <w:pPr>
        <w:spacing w:after="0" w:line="240" w:lineRule="auto"/>
        <w:rPr>
          <w:rFonts w:ascii="Roboto" w:hAnsi="Roboto" w:cstheme="majorHAnsi"/>
          <w:sz w:val="19"/>
          <w:szCs w:val="19"/>
          <w:highlight w:val="yellow"/>
          <w:lang w:val="fr-FR"/>
        </w:rPr>
        <w:sectPr w:rsidRPr="00D140B5" w:rsidR="00D140B5" w:rsidSect="00D140B5">
          <w:type w:val="continuous"/>
          <w:pgSz w:w="12240" w:h="15840" w:orient="portrait"/>
          <w:pgMar w:top="2127" w:right="1152" w:bottom="1152" w:left="1152" w:header="720" w:footer="720" w:gutter="0"/>
          <w:cols w:space="720"/>
          <w:docGrid w:linePitch="360"/>
        </w:sectPr>
      </w:pPr>
    </w:p>
    <w:p w:rsidRPr="00D140B5" w:rsidR="00ED504B" w:rsidP="00D140B5" w:rsidRDefault="00693267" w14:paraId="664B1441" w14:textId="41EC80CB">
      <w:pPr>
        <w:spacing w:after="0" w:line="240" w:lineRule="auto"/>
        <w:rPr>
          <w:rFonts w:ascii="Roboto" w:hAnsi="Roboto" w:cstheme="majorHAnsi"/>
          <w:sz w:val="19"/>
          <w:szCs w:val="19"/>
          <w:highlight w:val="yellow"/>
          <w:lang w:val="fr-FR"/>
        </w:rPr>
        <w:sectPr w:rsidRPr="00D140B5" w:rsidR="00ED504B" w:rsidSect="00C851E8">
          <w:type w:val="continuous"/>
          <w:pgSz w:w="12240" w:h="15840" w:orient="portrait"/>
          <w:pgMar w:top="2127" w:right="1152" w:bottom="1152" w:left="1152" w:header="720" w:footer="720" w:gutter="0"/>
          <w:cols w:space="720" w:num="2"/>
          <w:docGrid w:linePitch="360"/>
        </w:sectPr>
      </w:pPr>
      <w:r w:rsidRPr="00D140B5">
        <w:rPr>
          <w:rFonts w:ascii="Roboto" w:hAnsi="Roboto" w:cstheme="majorHAnsi"/>
          <w:sz w:val="19"/>
          <w:szCs w:val="19"/>
          <w:highlight w:val="yellow"/>
          <w:lang w:val="fr-FR"/>
        </w:rPr>
        <w:br w:type="page"/>
      </w:r>
    </w:p>
    <w:p w:rsidR="00D87EEF" w:rsidP="00ED504B" w:rsidRDefault="00D87EEF" w14:paraId="43E45CB5" w14:textId="4FE87299">
      <w:pPr>
        <w:spacing w:after="0" w:line="240" w:lineRule="auto"/>
        <w:jc w:val="both"/>
        <w:rPr>
          <w:rFonts w:ascii="Roboto" w:hAnsi="Roboto" w:cstheme="majorHAnsi"/>
          <w:b/>
          <w:bCs/>
          <w:sz w:val="19"/>
          <w:szCs w:val="19"/>
          <w:lang w:val="fr-FR"/>
        </w:rPr>
      </w:pPr>
      <w:r>
        <w:rPr>
          <w:rFonts w:ascii="Roboto" w:hAnsi="Roboto" w:cstheme="majorHAnsi"/>
          <w:b/>
          <w:bCs/>
          <w:sz w:val="19"/>
          <w:szCs w:val="19"/>
          <w:lang w:val="fr-FR"/>
        </w:rPr>
        <w:t>ANNEXE 1. Grille tarifaire des réparations</w:t>
      </w:r>
    </w:p>
    <w:p w:rsidR="00D87EEF" w:rsidP="00ED504B" w:rsidRDefault="00D87EEF" w14:paraId="70DA5545" w14:textId="77777777">
      <w:pPr>
        <w:spacing w:after="0" w:line="240" w:lineRule="auto"/>
        <w:jc w:val="both"/>
        <w:rPr>
          <w:rFonts w:ascii="Roboto" w:hAnsi="Roboto" w:cstheme="majorHAnsi"/>
          <w:b/>
          <w:bCs/>
          <w:sz w:val="19"/>
          <w:szCs w:val="19"/>
          <w:lang w:val="fr-FR"/>
        </w:rPr>
      </w:pPr>
    </w:p>
    <w:p w:rsidR="00D87EEF" w:rsidP="00ED504B" w:rsidRDefault="00D87EEF" w14:paraId="1D7365CE" w14:textId="77777777">
      <w:pPr>
        <w:spacing w:after="0" w:line="240" w:lineRule="auto"/>
        <w:jc w:val="both"/>
        <w:rPr>
          <w:rFonts w:ascii="Roboto" w:hAnsi="Roboto" w:cstheme="majorHAnsi"/>
          <w:b/>
          <w:bCs/>
          <w:sz w:val="19"/>
          <w:szCs w:val="19"/>
          <w:lang w:val="fr-FR"/>
        </w:rPr>
      </w:pPr>
    </w:p>
    <w:p w:rsidR="00D87EEF" w:rsidP="00ED504B" w:rsidRDefault="00D87EEF" w14:paraId="1D2623DA" w14:textId="085DE289">
      <w:pPr>
        <w:spacing w:after="0" w:line="240" w:lineRule="auto"/>
        <w:jc w:val="both"/>
        <w:rPr>
          <w:rFonts w:ascii="Roboto" w:hAnsi="Roboto" w:cstheme="majorHAnsi"/>
          <w:b/>
          <w:bCs/>
          <w:sz w:val="19"/>
          <w:szCs w:val="19"/>
          <w:lang w:val="fr-FR"/>
        </w:rPr>
      </w:pPr>
      <w:r w:rsidRPr="00D87EEF">
        <w:rPr>
          <w:rFonts w:ascii="Roboto" w:hAnsi="Roboto" w:cstheme="majorHAnsi"/>
          <w:b/>
          <w:bCs/>
          <w:sz w:val="19"/>
          <w:szCs w:val="19"/>
          <w:lang w:val="fr-FR"/>
        </w:rPr>
        <w:drawing>
          <wp:inline distT="0" distB="0" distL="0" distR="0" wp14:anchorId="14C853E6" wp14:editId="6F028D02">
            <wp:extent cx="5391910" cy="6314440"/>
            <wp:effectExtent l="0" t="0" r="0" b="0"/>
            <wp:docPr id="6705970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97032" name=""/>
                    <pic:cNvPicPr/>
                  </pic:nvPicPr>
                  <pic:blipFill>
                    <a:blip r:embed="rId11"/>
                    <a:stretch>
                      <a:fillRect/>
                    </a:stretch>
                  </pic:blipFill>
                  <pic:spPr>
                    <a:xfrm>
                      <a:off x="0" y="0"/>
                      <a:ext cx="5418814" cy="6345947"/>
                    </a:xfrm>
                    <a:prstGeom prst="rect">
                      <a:avLst/>
                    </a:prstGeom>
                  </pic:spPr>
                </pic:pic>
              </a:graphicData>
            </a:graphic>
          </wp:inline>
        </w:drawing>
      </w:r>
    </w:p>
    <w:p w:rsidR="00D87EEF" w:rsidP="00ED504B" w:rsidRDefault="00D87EEF" w14:paraId="622F8D2F" w14:textId="77777777">
      <w:pPr>
        <w:spacing w:after="0" w:line="240" w:lineRule="auto"/>
        <w:jc w:val="both"/>
        <w:rPr>
          <w:rFonts w:ascii="Roboto" w:hAnsi="Roboto" w:cstheme="majorHAnsi"/>
          <w:b/>
          <w:bCs/>
          <w:sz w:val="19"/>
          <w:szCs w:val="19"/>
          <w:lang w:val="fr-FR"/>
        </w:rPr>
      </w:pPr>
    </w:p>
    <w:p w:rsidR="00D87EEF" w:rsidP="00ED504B" w:rsidRDefault="00D87EEF" w14:paraId="2DE492D2" w14:textId="77777777">
      <w:pPr>
        <w:spacing w:after="0" w:line="240" w:lineRule="auto"/>
        <w:jc w:val="both"/>
        <w:rPr>
          <w:rFonts w:ascii="Roboto" w:hAnsi="Roboto" w:cstheme="majorHAnsi"/>
          <w:b/>
          <w:bCs/>
          <w:sz w:val="19"/>
          <w:szCs w:val="19"/>
          <w:lang w:val="fr-FR"/>
        </w:rPr>
      </w:pPr>
    </w:p>
    <w:p w:rsidRPr="00D140B5" w:rsidR="00DC4BC2" w:rsidP="00ED504B" w:rsidRDefault="00DC4BC2" w14:paraId="39769FAF" w14:textId="23812E93">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ANNEXE 2. Politique de protection des données</w:t>
      </w:r>
    </w:p>
    <w:p w:rsidRPr="00D140B5" w:rsidR="00D140B5" w:rsidP="00ED504B" w:rsidRDefault="00D140B5" w14:paraId="5496F8CB" w14:textId="77777777">
      <w:pPr>
        <w:spacing w:after="0" w:line="240" w:lineRule="auto"/>
        <w:jc w:val="both"/>
        <w:rPr>
          <w:rFonts w:ascii="Roboto" w:hAnsi="Roboto" w:cstheme="majorHAnsi"/>
          <w:sz w:val="19"/>
          <w:szCs w:val="19"/>
          <w:lang w:val="fr-FR"/>
        </w:rPr>
      </w:pPr>
    </w:p>
    <w:p w:rsidRPr="00D140B5" w:rsidR="00D140B5" w:rsidP="004D210C" w:rsidRDefault="00D140B5" w14:paraId="69C37C97" w14:textId="77777777">
      <w:pPr>
        <w:numPr>
          <w:ilvl w:val="0"/>
          <w:numId w:val="15"/>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Préambule  </w:t>
      </w:r>
    </w:p>
    <w:p w:rsidRPr="00D140B5" w:rsidR="00D140B5" w:rsidP="00D140B5" w:rsidRDefault="00D140B5" w14:paraId="153B5679" w14:textId="77777777">
      <w:pPr>
        <w:spacing w:after="0" w:line="240" w:lineRule="auto"/>
        <w:ind w:left="720"/>
        <w:jc w:val="both"/>
        <w:rPr>
          <w:rFonts w:ascii="Roboto" w:hAnsi="Roboto" w:cstheme="majorHAnsi"/>
          <w:sz w:val="19"/>
          <w:szCs w:val="19"/>
          <w:lang w:val="fr-FR"/>
        </w:rPr>
      </w:pPr>
    </w:p>
    <w:p w:rsidRPr="00D140B5" w:rsidR="00D140B5" w:rsidP="00D140B5" w:rsidRDefault="00D140B5" w14:paraId="0B8F8A72"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société</w:t>
      </w:r>
      <w:r w:rsidRPr="00D140B5">
        <w:rPr>
          <w:rFonts w:ascii="Times New Roman" w:hAnsi="Times New Roman" w:cs="Times New Roman"/>
          <w:sz w:val="19"/>
          <w:szCs w:val="19"/>
          <w:lang w:val="fr-FR"/>
        </w:rPr>
        <w:t> </w:t>
      </w:r>
      <w:r w:rsidRPr="00D140B5">
        <w:rPr>
          <w:rFonts w:ascii="Roboto" w:hAnsi="Roboto" w:cstheme="majorHAnsi"/>
          <w:sz w:val="19"/>
          <w:szCs w:val="19"/>
          <w:lang w:val="fr-FR"/>
        </w:rPr>
        <w:t>Angers Loire Tourisme Expos Congr</w:t>
      </w:r>
      <w:r w:rsidRPr="00D140B5">
        <w:rPr>
          <w:rFonts w:ascii="Roboto" w:hAnsi="Roboto" w:cs="Roboto"/>
          <w:sz w:val="19"/>
          <w:szCs w:val="19"/>
          <w:lang w:val="fr-FR"/>
        </w:rPr>
        <w:t>è</w:t>
      </w:r>
      <w:r w:rsidRPr="00D140B5">
        <w:rPr>
          <w:rFonts w:ascii="Roboto" w:hAnsi="Roboto" w:cstheme="majorHAnsi"/>
          <w:sz w:val="19"/>
          <w:szCs w:val="19"/>
          <w:lang w:val="fr-FR"/>
        </w:rPr>
        <w:t xml:space="preserve">s </w:t>
      </w:r>
      <w:r w:rsidRPr="00D140B5">
        <w:rPr>
          <w:rFonts w:ascii="Roboto" w:hAnsi="Roboto" w:cs="Roboto"/>
          <w:sz w:val="19"/>
          <w:szCs w:val="19"/>
          <w:lang w:val="fr-FR"/>
        </w:rPr>
        <w:t>–</w:t>
      </w:r>
      <w:r w:rsidRPr="00D140B5">
        <w:rPr>
          <w:rFonts w:ascii="Roboto" w:hAnsi="Roboto" w:cstheme="majorHAnsi"/>
          <w:sz w:val="19"/>
          <w:szCs w:val="19"/>
          <w:lang w:val="fr-FR"/>
        </w:rPr>
        <w:t xml:space="preserve"> ALTEC, soci</w:t>
      </w:r>
      <w:r w:rsidRPr="00D140B5">
        <w:rPr>
          <w:rFonts w:ascii="Roboto" w:hAnsi="Roboto" w:cs="Roboto"/>
          <w:sz w:val="19"/>
          <w:szCs w:val="19"/>
          <w:lang w:val="fr-FR"/>
        </w:rPr>
        <w:t>é</w:t>
      </w:r>
      <w:r w:rsidRPr="00D140B5">
        <w:rPr>
          <w:rFonts w:ascii="Roboto" w:hAnsi="Roboto" w:cstheme="majorHAnsi"/>
          <w:sz w:val="19"/>
          <w:szCs w:val="19"/>
          <w:lang w:val="fr-FR"/>
        </w:rPr>
        <w:t>t</w:t>
      </w:r>
      <w:r w:rsidRPr="00D140B5">
        <w:rPr>
          <w:rFonts w:ascii="Roboto" w:hAnsi="Roboto" w:cs="Roboto"/>
          <w:sz w:val="19"/>
          <w:szCs w:val="19"/>
          <w:lang w:val="fr-FR"/>
        </w:rPr>
        <w:t>é</w:t>
      </w:r>
      <w:r w:rsidRPr="00D140B5">
        <w:rPr>
          <w:rFonts w:ascii="Roboto" w:hAnsi="Roboto" w:cstheme="majorHAnsi"/>
          <w:sz w:val="19"/>
          <w:szCs w:val="19"/>
          <w:lang w:val="fr-FR"/>
        </w:rPr>
        <w:t xml:space="preserve"> publique locale au capital de 1</w:t>
      </w:r>
      <w:r w:rsidRPr="00D140B5">
        <w:rPr>
          <w:rFonts w:ascii="Times New Roman" w:hAnsi="Times New Roman" w:cs="Times New Roman"/>
          <w:sz w:val="19"/>
          <w:szCs w:val="19"/>
          <w:lang w:val="fr-FR"/>
        </w:rPr>
        <w:t> </w:t>
      </w:r>
      <w:r w:rsidRPr="00D140B5">
        <w:rPr>
          <w:rFonts w:ascii="Roboto" w:hAnsi="Roboto" w:cstheme="majorHAnsi"/>
          <w:sz w:val="19"/>
          <w:szCs w:val="19"/>
          <w:lang w:val="fr-FR"/>
        </w:rPr>
        <w:t>500 000 Euros, immatricul</w:t>
      </w:r>
      <w:r w:rsidRPr="00D140B5">
        <w:rPr>
          <w:rFonts w:ascii="Roboto" w:hAnsi="Roboto" w:cs="Roboto"/>
          <w:sz w:val="19"/>
          <w:szCs w:val="19"/>
          <w:lang w:val="fr-FR"/>
        </w:rPr>
        <w:t>é</w:t>
      </w:r>
      <w:r w:rsidRPr="00D140B5">
        <w:rPr>
          <w:rFonts w:ascii="Roboto" w:hAnsi="Roboto" w:cstheme="majorHAnsi"/>
          <w:sz w:val="19"/>
          <w:szCs w:val="19"/>
          <w:lang w:val="fr-FR"/>
        </w:rPr>
        <w:t>e au Registre du commerce et des soci</w:t>
      </w:r>
      <w:r w:rsidRPr="00D140B5">
        <w:rPr>
          <w:rFonts w:ascii="Roboto" w:hAnsi="Roboto" w:cs="Roboto"/>
          <w:sz w:val="19"/>
          <w:szCs w:val="19"/>
          <w:lang w:val="fr-FR"/>
        </w:rPr>
        <w:t>é</w:t>
      </w:r>
      <w:r w:rsidRPr="00D140B5">
        <w:rPr>
          <w:rFonts w:ascii="Roboto" w:hAnsi="Roboto" w:cstheme="majorHAnsi"/>
          <w:sz w:val="19"/>
          <w:szCs w:val="19"/>
          <w:lang w:val="fr-FR"/>
        </w:rPr>
        <w:t>t</w:t>
      </w:r>
      <w:r w:rsidRPr="00D140B5">
        <w:rPr>
          <w:rFonts w:ascii="Roboto" w:hAnsi="Roboto" w:cs="Roboto"/>
          <w:sz w:val="19"/>
          <w:szCs w:val="19"/>
          <w:lang w:val="fr-FR"/>
        </w:rPr>
        <w:t>é</w:t>
      </w:r>
      <w:r w:rsidRPr="00D140B5">
        <w:rPr>
          <w:rFonts w:ascii="Roboto" w:hAnsi="Roboto" w:cstheme="majorHAnsi"/>
          <w:sz w:val="19"/>
          <w:szCs w:val="19"/>
          <w:lang w:val="fr-FR"/>
        </w:rPr>
        <w:t>s d</w:t>
      </w:r>
      <w:r w:rsidRPr="00D140B5">
        <w:rPr>
          <w:rFonts w:ascii="Roboto" w:hAnsi="Roboto" w:cs="Roboto"/>
          <w:sz w:val="19"/>
          <w:szCs w:val="19"/>
          <w:lang w:val="fr-FR"/>
        </w:rPr>
        <w:t>’</w:t>
      </w:r>
      <w:r w:rsidRPr="00D140B5">
        <w:rPr>
          <w:rFonts w:ascii="Roboto" w:hAnsi="Roboto" w:cstheme="majorHAnsi"/>
          <w:sz w:val="19"/>
          <w:szCs w:val="19"/>
          <w:lang w:val="fr-FR"/>
        </w:rPr>
        <w:t>Angers</w:t>
      </w:r>
      <w:r w:rsidRPr="00D140B5">
        <w:rPr>
          <w:rFonts w:ascii="Roboto" w:hAnsi="Roboto" w:cs="Roboto"/>
          <w:sz w:val="19"/>
          <w:szCs w:val="19"/>
          <w:lang w:val="fr-FR"/>
        </w:rPr>
        <w:t> </w:t>
      </w:r>
      <w:r w:rsidRPr="00D140B5">
        <w:rPr>
          <w:rFonts w:ascii="Roboto" w:hAnsi="Roboto" w:cstheme="majorHAnsi"/>
          <w:sz w:val="19"/>
          <w:szCs w:val="19"/>
          <w:lang w:val="fr-FR"/>
        </w:rPr>
        <w:t>sous le num</w:t>
      </w:r>
      <w:r w:rsidRPr="00D140B5">
        <w:rPr>
          <w:rFonts w:ascii="Roboto" w:hAnsi="Roboto" w:cs="Roboto"/>
          <w:sz w:val="19"/>
          <w:szCs w:val="19"/>
          <w:lang w:val="fr-FR"/>
        </w:rPr>
        <w:t>é</w:t>
      </w:r>
      <w:r w:rsidRPr="00D140B5">
        <w:rPr>
          <w:rFonts w:ascii="Roboto" w:hAnsi="Roboto" w:cstheme="majorHAnsi"/>
          <w:sz w:val="19"/>
          <w:szCs w:val="19"/>
          <w:lang w:val="fr-FR"/>
        </w:rPr>
        <w:t>ro 830</w:t>
      </w:r>
      <w:r w:rsidRPr="00D140B5">
        <w:rPr>
          <w:rFonts w:ascii="Times New Roman" w:hAnsi="Times New Roman" w:cs="Times New Roman"/>
          <w:sz w:val="19"/>
          <w:szCs w:val="19"/>
          <w:lang w:val="fr-FR"/>
        </w:rPr>
        <w:t> </w:t>
      </w:r>
      <w:r w:rsidRPr="00D140B5">
        <w:rPr>
          <w:rFonts w:ascii="Roboto" w:hAnsi="Roboto" w:cstheme="majorHAnsi"/>
          <w:sz w:val="19"/>
          <w:szCs w:val="19"/>
          <w:lang w:val="fr-FR"/>
        </w:rPr>
        <w:t>955 068, dont le si</w:t>
      </w:r>
      <w:r w:rsidRPr="00D140B5">
        <w:rPr>
          <w:rFonts w:ascii="Roboto" w:hAnsi="Roboto" w:cs="Roboto"/>
          <w:sz w:val="19"/>
          <w:szCs w:val="19"/>
          <w:lang w:val="fr-FR"/>
        </w:rPr>
        <w:t>è</w:t>
      </w:r>
      <w:r w:rsidRPr="00D140B5">
        <w:rPr>
          <w:rFonts w:ascii="Roboto" w:hAnsi="Roboto" w:cstheme="majorHAnsi"/>
          <w:sz w:val="19"/>
          <w:szCs w:val="19"/>
          <w:lang w:val="fr-FR"/>
        </w:rPr>
        <w:t xml:space="preserve">ge social se situe 7 Place Kennedy </w:t>
      </w:r>
      <w:r w:rsidRPr="00D140B5">
        <w:rPr>
          <w:rFonts w:ascii="Roboto" w:hAnsi="Roboto" w:cs="Roboto"/>
          <w:sz w:val="19"/>
          <w:szCs w:val="19"/>
          <w:lang w:val="fr-FR"/>
        </w:rPr>
        <w:t>à</w:t>
      </w:r>
      <w:r w:rsidRPr="00D140B5">
        <w:rPr>
          <w:rFonts w:ascii="Roboto" w:hAnsi="Roboto" w:cstheme="majorHAnsi"/>
          <w:sz w:val="19"/>
          <w:szCs w:val="19"/>
          <w:lang w:val="fr-FR"/>
        </w:rPr>
        <w:t xml:space="preserve"> Angers (49051) (ci-apr</w:t>
      </w:r>
      <w:r w:rsidRPr="00D140B5">
        <w:rPr>
          <w:rFonts w:ascii="Roboto" w:hAnsi="Roboto" w:cs="Roboto"/>
          <w:sz w:val="19"/>
          <w:szCs w:val="19"/>
          <w:lang w:val="fr-FR"/>
        </w:rPr>
        <w:t>è</w:t>
      </w:r>
      <w:r w:rsidRPr="00D140B5">
        <w:rPr>
          <w:rFonts w:ascii="Roboto" w:hAnsi="Roboto" w:cstheme="majorHAnsi"/>
          <w:sz w:val="19"/>
          <w:szCs w:val="19"/>
          <w:lang w:val="fr-FR"/>
        </w:rPr>
        <w:t xml:space="preserve">s notre </w:t>
      </w:r>
      <w:r w:rsidRPr="00D140B5">
        <w:rPr>
          <w:rFonts w:ascii="Roboto" w:hAnsi="Roboto" w:cs="Roboto"/>
          <w:sz w:val="19"/>
          <w:szCs w:val="19"/>
          <w:lang w:val="fr-FR"/>
        </w:rPr>
        <w:t>«</w:t>
      </w:r>
      <w:r w:rsidRPr="00D140B5">
        <w:rPr>
          <w:rFonts w:ascii="Times New Roman" w:hAnsi="Times New Roman" w:cs="Times New Roman"/>
          <w:sz w:val="19"/>
          <w:szCs w:val="19"/>
          <w:lang w:val="fr-FR"/>
        </w:rPr>
        <w:t> </w:t>
      </w:r>
      <w:r w:rsidRPr="00D140B5">
        <w:rPr>
          <w:rFonts w:ascii="Roboto" w:hAnsi="Roboto" w:cstheme="majorHAnsi"/>
          <w:sz w:val="19"/>
          <w:szCs w:val="19"/>
          <w:lang w:val="fr-FR"/>
        </w:rPr>
        <w:t>Soci</w:t>
      </w:r>
      <w:r w:rsidRPr="00D140B5">
        <w:rPr>
          <w:rFonts w:ascii="Roboto" w:hAnsi="Roboto" w:cs="Roboto"/>
          <w:sz w:val="19"/>
          <w:szCs w:val="19"/>
          <w:lang w:val="fr-FR"/>
        </w:rPr>
        <w:t>é</w:t>
      </w:r>
      <w:r w:rsidRPr="00D140B5">
        <w:rPr>
          <w:rFonts w:ascii="Roboto" w:hAnsi="Roboto" w:cstheme="majorHAnsi"/>
          <w:sz w:val="19"/>
          <w:szCs w:val="19"/>
          <w:lang w:val="fr-FR"/>
        </w:rPr>
        <w:t>t</w:t>
      </w:r>
      <w:r w:rsidRPr="00D140B5">
        <w:rPr>
          <w:rFonts w:ascii="Roboto" w:hAnsi="Roboto" w:cs="Roboto"/>
          <w:sz w:val="19"/>
          <w:szCs w:val="19"/>
          <w:lang w:val="fr-FR"/>
        </w:rPr>
        <w:t>é</w:t>
      </w:r>
      <w:r w:rsidRPr="00D140B5">
        <w:rPr>
          <w:rFonts w:ascii="Times New Roman" w:hAnsi="Times New Roman" w:cs="Times New Roman"/>
          <w:sz w:val="19"/>
          <w:szCs w:val="19"/>
          <w:lang w:val="fr-FR"/>
        </w:rPr>
        <w:t> </w:t>
      </w:r>
      <w:r w:rsidRPr="00D140B5">
        <w:rPr>
          <w:rFonts w:ascii="Roboto" w:hAnsi="Roboto" w:cs="Roboto"/>
          <w:sz w:val="19"/>
          <w:szCs w:val="19"/>
          <w:lang w:val="fr-FR"/>
        </w:rPr>
        <w:t>»</w:t>
      </w:r>
      <w:r w:rsidRPr="00D140B5">
        <w:rPr>
          <w:rFonts w:ascii="Roboto" w:hAnsi="Roboto" w:cstheme="majorHAnsi"/>
          <w:sz w:val="19"/>
          <w:szCs w:val="19"/>
          <w:lang w:val="fr-FR"/>
        </w:rPr>
        <w:t>), en sa qualit</w:t>
      </w:r>
      <w:r w:rsidRPr="00D140B5">
        <w:rPr>
          <w:rFonts w:ascii="Roboto" w:hAnsi="Roboto" w:cs="Roboto"/>
          <w:sz w:val="19"/>
          <w:szCs w:val="19"/>
          <w:lang w:val="fr-FR"/>
        </w:rPr>
        <w:t>é</w:t>
      </w:r>
      <w:r w:rsidRPr="00D140B5">
        <w:rPr>
          <w:rFonts w:ascii="Roboto" w:hAnsi="Roboto" w:cstheme="majorHAnsi"/>
          <w:sz w:val="19"/>
          <w:szCs w:val="19"/>
          <w:lang w:val="fr-FR"/>
        </w:rPr>
        <w:t xml:space="preserve"> de responsable de traitement, est susceptible de collecter des donn</w:t>
      </w:r>
      <w:r w:rsidRPr="00D140B5">
        <w:rPr>
          <w:rFonts w:ascii="Roboto" w:hAnsi="Roboto" w:cs="Roboto"/>
          <w:sz w:val="19"/>
          <w:szCs w:val="19"/>
          <w:lang w:val="fr-FR"/>
        </w:rPr>
        <w:t>é</w:t>
      </w:r>
      <w:r w:rsidRPr="00D140B5">
        <w:rPr>
          <w:rFonts w:ascii="Roboto" w:hAnsi="Roboto" w:cstheme="majorHAnsi"/>
          <w:sz w:val="19"/>
          <w:szCs w:val="19"/>
          <w:lang w:val="fr-FR"/>
        </w:rPr>
        <w:t xml:space="preserve">es </w:t>
      </w:r>
      <w:r w:rsidRPr="00D140B5">
        <w:rPr>
          <w:rFonts w:ascii="Roboto" w:hAnsi="Roboto" w:cs="Roboto"/>
          <w:sz w:val="19"/>
          <w:szCs w:val="19"/>
          <w:lang w:val="fr-FR"/>
        </w:rPr>
        <w:t>à</w:t>
      </w:r>
      <w:r w:rsidRPr="00D140B5">
        <w:rPr>
          <w:rFonts w:ascii="Roboto" w:hAnsi="Roboto" w:cstheme="majorHAnsi"/>
          <w:sz w:val="19"/>
          <w:szCs w:val="19"/>
          <w:lang w:val="fr-FR"/>
        </w:rPr>
        <w:t xml:space="preserve"> caract</w:t>
      </w:r>
      <w:r w:rsidRPr="00D140B5">
        <w:rPr>
          <w:rFonts w:ascii="Roboto" w:hAnsi="Roboto" w:cs="Roboto"/>
          <w:sz w:val="19"/>
          <w:szCs w:val="19"/>
          <w:lang w:val="fr-FR"/>
        </w:rPr>
        <w:t>è</w:t>
      </w:r>
      <w:r w:rsidRPr="00D140B5">
        <w:rPr>
          <w:rFonts w:ascii="Roboto" w:hAnsi="Roboto" w:cstheme="majorHAnsi"/>
          <w:sz w:val="19"/>
          <w:szCs w:val="19"/>
          <w:lang w:val="fr-FR"/>
        </w:rPr>
        <w:t>re personnel vous concernant depuis son site internet</w:t>
      </w:r>
      <w:r w:rsidRPr="00D140B5">
        <w:rPr>
          <w:rFonts w:ascii="Roboto" w:hAnsi="Roboto" w:cs="Roboto"/>
          <w:sz w:val="19"/>
          <w:szCs w:val="19"/>
          <w:lang w:val="fr-FR"/>
        </w:rPr>
        <w:t> </w:t>
      </w:r>
      <w:hyperlink w:tgtFrame="_blank" w:history="1" r:id="rId12">
        <w:r w:rsidRPr="00D140B5">
          <w:rPr>
            <w:rStyle w:val="Lienhypertexte"/>
            <w:rFonts w:ascii="Roboto" w:hAnsi="Roboto" w:cstheme="majorHAnsi"/>
            <w:sz w:val="19"/>
            <w:szCs w:val="19"/>
            <w:lang w:val="fr-FR"/>
          </w:rPr>
          <w:t>https://boutique.destination-angers.com</w:t>
        </w:r>
      </w:hyperlink>
      <w:r w:rsidRPr="00D140B5">
        <w:rPr>
          <w:rFonts w:ascii="Roboto" w:hAnsi="Roboto" w:cstheme="majorHAnsi"/>
          <w:sz w:val="19"/>
          <w:szCs w:val="19"/>
          <w:lang w:val="fr-FR"/>
        </w:rPr>
        <w:t> (ci-après le «</w:t>
      </w:r>
      <w:r w:rsidRPr="00D140B5">
        <w:rPr>
          <w:rFonts w:ascii="Times New Roman" w:hAnsi="Times New Roman" w:cs="Times New Roman"/>
          <w:sz w:val="19"/>
          <w:szCs w:val="19"/>
          <w:lang w:val="fr-FR"/>
        </w:rPr>
        <w:t> </w:t>
      </w:r>
      <w:r w:rsidRPr="00D140B5">
        <w:rPr>
          <w:rFonts w:ascii="Roboto" w:hAnsi="Roboto" w:cstheme="majorHAnsi"/>
          <w:sz w:val="19"/>
          <w:szCs w:val="19"/>
          <w:lang w:val="fr-FR"/>
        </w:rPr>
        <w:t>Site</w:t>
      </w:r>
      <w:r w:rsidRPr="00D140B5">
        <w:rPr>
          <w:rFonts w:ascii="Times New Roman" w:hAnsi="Times New Roman" w:cs="Times New Roman"/>
          <w:sz w:val="19"/>
          <w:szCs w:val="19"/>
          <w:lang w:val="fr-FR"/>
        </w:rPr>
        <w:t> </w:t>
      </w:r>
      <w:r w:rsidRPr="00D140B5">
        <w:rPr>
          <w:rFonts w:ascii="Roboto" w:hAnsi="Roboto" w:cs="Roboto"/>
          <w:sz w:val="19"/>
          <w:szCs w:val="19"/>
          <w:lang w:val="fr-FR"/>
        </w:rPr>
        <w:t>»</w:t>
      </w:r>
      <w:r w:rsidRPr="00D140B5">
        <w:rPr>
          <w:rFonts w:ascii="Roboto" w:hAnsi="Roboto" w:cstheme="majorHAnsi"/>
          <w:sz w:val="19"/>
          <w:szCs w:val="19"/>
          <w:lang w:val="fr-FR"/>
        </w:rPr>
        <w:t>) ou depuis un point de contact physique, t</w:t>
      </w:r>
      <w:r w:rsidRPr="00D140B5">
        <w:rPr>
          <w:rFonts w:ascii="Roboto" w:hAnsi="Roboto" w:cs="Roboto"/>
          <w:sz w:val="19"/>
          <w:szCs w:val="19"/>
          <w:lang w:val="fr-FR"/>
        </w:rPr>
        <w:t>é</w:t>
      </w:r>
      <w:r w:rsidRPr="00D140B5">
        <w:rPr>
          <w:rFonts w:ascii="Roboto" w:hAnsi="Roboto" w:cstheme="majorHAnsi"/>
          <w:sz w:val="19"/>
          <w:szCs w:val="19"/>
          <w:lang w:val="fr-FR"/>
        </w:rPr>
        <w:t>l</w:t>
      </w:r>
      <w:r w:rsidRPr="00D140B5">
        <w:rPr>
          <w:rFonts w:ascii="Roboto" w:hAnsi="Roboto" w:cs="Roboto"/>
          <w:sz w:val="19"/>
          <w:szCs w:val="19"/>
          <w:lang w:val="fr-FR"/>
        </w:rPr>
        <w:t>é</w:t>
      </w:r>
      <w:r w:rsidRPr="00D140B5">
        <w:rPr>
          <w:rFonts w:ascii="Roboto" w:hAnsi="Roboto" w:cstheme="majorHAnsi"/>
          <w:sz w:val="19"/>
          <w:szCs w:val="19"/>
          <w:lang w:val="fr-FR"/>
        </w:rPr>
        <w:t>phonique ou e-mail avec notre Soci</w:t>
      </w:r>
      <w:r w:rsidRPr="00D140B5">
        <w:rPr>
          <w:rFonts w:ascii="Roboto" w:hAnsi="Roboto" w:cs="Roboto"/>
          <w:sz w:val="19"/>
          <w:szCs w:val="19"/>
          <w:lang w:val="fr-FR"/>
        </w:rPr>
        <w:t>é</w:t>
      </w:r>
      <w:r w:rsidRPr="00D140B5">
        <w:rPr>
          <w:rFonts w:ascii="Roboto" w:hAnsi="Roboto" w:cstheme="majorHAnsi"/>
          <w:sz w:val="19"/>
          <w:szCs w:val="19"/>
          <w:lang w:val="fr-FR"/>
        </w:rPr>
        <w:t>t</w:t>
      </w:r>
      <w:r w:rsidRPr="00D140B5">
        <w:rPr>
          <w:rFonts w:ascii="Roboto" w:hAnsi="Roboto" w:cs="Roboto"/>
          <w:sz w:val="19"/>
          <w:szCs w:val="19"/>
          <w:lang w:val="fr-FR"/>
        </w:rPr>
        <w:t>é</w:t>
      </w:r>
      <w:r w:rsidRPr="00D140B5">
        <w:rPr>
          <w:rFonts w:ascii="Roboto" w:hAnsi="Roboto" w:cstheme="majorHAnsi"/>
          <w:sz w:val="19"/>
          <w:szCs w:val="19"/>
          <w:lang w:val="fr-FR"/>
        </w:rPr>
        <w:t>, dans le cadre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de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1CBEE5DF" w14:textId="77777777">
      <w:pPr>
        <w:numPr>
          <w:ilvl w:val="0"/>
          <w:numId w:val="16"/>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l’ouverture</w:t>
      </w:r>
      <w:proofErr w:type="gramEnd"/>
      <w:r w:rsidRPr="00D140B5">
        <w:rPr>
          <w:rFonts w:ascii="Roboto" w:hAnsi="Roboto" w:cstheme="majorHAnsi"/>
          <w:sz w:val="19"/>
          <w:szCs w:val="19"/>
          <w:lang w:val="fr-FR"/>
        </w:rPr>
        <w:t xml:space="preserve"> d’un compte personnel et la connexion au compte, le cas échéant</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6285672A" w14:textId="77777777">
      <w:pPr>
        <w:numPr>
          <w:ilvl w:val="0"/>
          <w:numId w:val="17"/>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l’envoi</w:t>
      </w:r>
      <w:proofErr w:type="gramEnd"/>
      <w:r w:rsidRPr="00D140B5">
        <w:rPr>
          <w:rFonts w:ascii="Roboto" w:hAnsi="Roboto" w:cstheme="majorHAnsi"/>
          <w:sz w:val="19"/>
          <w:szCs w:val="19"/>
          <w:lang w:val="fr-FR"/>
        </w:rPr>
        <w:t xml:space="preserve"> de notifications par </w:t>
      </w:r>
      <w:proofErr w:type="gramStart"/>
      <w:r w:rsidRPr="00D140B5">
        <w:rPr>
          <w:rFonts w:ascii="Roboto" w:hAnsi="Roboto" w:cstheme="majorHAnsi"/>
          <w:sz w:val="19"/>
          <w:szCs w:val="19"/>
          <w:lang w:val="fr-FR"/>
        </w:rPr>
        <w:t>e-mail</w:t>
      </w:r>
      <w:proofErr w:type="gramEnd"/>
      <w:r w:rsidRPr="00D140B5">
        <w:rPr>
          <w:rFonts w:ascii="Roboto" w:hAnsi="Roboto" w:cstheme="majorHAnsi"/>
          <w:sz w:val="19"/>
          <w:szCs w:val="19"/>
          <w:lang w:val="fr-FR"/>
        </w:rPr>
        <w:t xml:space="preserve"> pour la gestion d’un compte personnel</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32D39737" w14:textId="77777777">
      <w:pPr>
        <w:numPr>
          <w:ilvl w:val="0"/>
          <w:numId w:val="18"/>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la</w:t>
      </w:r>
      <w:proofErr w:type="gramEnd"/>
      <w:r w:rsidRPr="00D140B5">
        <w:rPr>
          <w:rFonts w:ascii="Roboto" w:hAnsi="Roboto" w:cstheme="majorHAnsi"/>
          <w:sz w:val="19"/>
          <w:szCs w:val="19"/>
          <w:lang w:val="fr-FR"/>
        </w:rPr>
        <w:t xml:space="preserve"> validation d’une commande, la gestion des cautions de location et le traitement de la facturation</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7A5CF477" w14:textId="77777777">
      <w:pPr>
        <w:numPr>
          <w:ilvl w:val="0"/>
          <w:numId w:val="19"/>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l’envoi</w:t>
      </w:r>
      <w:proofErr w:type="gramEnd"/>
      <w:r w:rsidRPr="00D140B5">
        <w:rPr>
          <w:rFonts w:ascii="Roboto" w:hAnsi="Roboto" w:cstheme="majorHAnsi"/>
          <w:sz w:val="19"/>
          <w:szCs w:val="19"/>
          <w:lang w:val="fr-FR"/>
        </w:rPr>
        <w:t xml:space="preserve"> des communications et des documents, par </w:t>
      </w:r>
      <w:proofErr w:type="gramStart"/>
      <w:r w:rsidRPr="00D140B5">
        <w:rPr>
          <w:rFonts w:ascii="Roboto" w:hAnsi="Roboto" w:cstheme="majorHAnsi"/>
          <w:sz w:val="19"/>
          <w:szCs w:val="19"/>
          <w:lang w:val="fr-FR"/>
        </w:rPr>
        <w:t>e-mail</w:t>
      </w:r>
      <w:proofErr w:type="gramEnd"/>
      <w:r w:rsidRPr="00D140B5">
        <w:rPr>
          <w:rFonts w:ascii="Roboto" w:hAnsi="Roboto" w:cstheme="majorHAnsi"/>
          <w:sz w:val="19"/>
          <w:szCs w:val="19"/>
          <w:lang w:val="fr-FR"/>
        </w:rPr>
        <w:t xml:space="preserve"> et/ou par téléphone, associés à une commande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5B1B711D" w14:textId="77777777">
      <w:pPr>
        <w:numPr>
          <w:ilvl w:val="0"/>
          <w:numId w:val="20"/>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l’envoi</w:t>
      </w:r>
      <w:proofErr w:type="gramEnd"/>
      <w:r w:rsidRPr="00D140B5">
        <w:rPr>
          <w:rFonts w:ascii="Roboto" w:hAnsi="Roboto" w:cstheme="majorHAnsi"/>
          <w:sz w:val="19"/>
          <w:szCs w:val="19"/>
          <w:lang w:val="fr-FR"/>
        </w:rPr>
        <w:t xml:space="preserve"> des informations aux prestataires et guides en charge des prestations, le cas échéant</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46CF575A" w14:textId="77777777">
      <w:pPr>
        <w:numPr>
          <w:ilvl w:val="0"/>
          <w:numId w:val="21"/>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w:t>
      </w:r>
      <w:proofErr w:type="gramEnd"/>
      <w:r w:rsidRPr="00D140B5">
        <w:rPr>
          <w:rFonts w:ascii="Roboto" w:hAnsi="Roboto" w:cstheme="majorHAnsi"/>
          <w:sz w:val="19"/>
          <w:szCs w:val="19"/>
          <w:lang w:val="fr-FR"/>
        </w:rPr>
        <w:t xml:space="preserve"> contrôle d’accès/l’identification pour permettre d’accéder au(x) produit(s) et prestation(s) de sa commande, le cas échéant</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1B56EE2A" w14:textId="77777777">
      <w:pPr>
        <w:numPr>
          <w:ilvl w:val="0"/>
          <w:numId w:val="22"/>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l’envoi</w:t>
      </w:r>
      <w:proofErr w:type="gramEnd"/>
      <w:r w:rsidRPr="00D140B5">
        <w:rPr>
          <w:rFonts w:ascii="Roboto" w:hAnsi="Roboto" w:cstheme="majorHAnsi"/>
          <w:sz w:val="19"/>
          <w:szCs w:val="19"/>
          <w:lang w:val="fr-FR"/>
        </w:rPr>
        <w:t xml:space="preserve"> de communication post-activité en lien avec la commande (proposition de déposer un avis, proposition de participer à une nouvelle édition d’une activité déjà consommée)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70FB8C42" w14:textId="20712412">
      <w:pPr>
        <w:numPr>
          <w:ilvl w:val="0"/>
          <w:numId w:val="23"/>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l’envoi</w:t>
      </w:r>
      <w:proofErr w:type="gramEnd"/>
      <w:r w:rsidRPr="00D140B5">
        <w:rPr>
          <w:rFonts w:ascii="Roboto" w:hAnsi="Roboto" w:cstheme="majorHAnsi"/>
          <w:sz w:val="19"/>
          <w:szCs w:val="19"/>
          <w:lang w:val="fr-FR"/>
        </w:rPr>
        <w:t xml:space="preserve"> des newsletters mensuelles de notre Société, le cas échéant. </w:t>
      </w:r>
      <w:r w:rsidRPr="00D140B5">
        <w:rPr>
          <w:rFonts w:ascii="Roboto" w:hAnsi="Roboto" w:cstheme="majorHAnsi"/>
          <w:sz w:val="19"/>
          <w:szCs w:val="19"/>
          <w:lang w:val="fr-FR"/>
        </w:rPr>
        <w:br/>
      </w:r>
    </w:p>
    <w:p w:rsidRPr="00D140B5" w:rsidR="00D140B5" w:rsidP="00D140B5" w:rsidRDefault="00D140B5" w14:paraId="7D40B95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présente politique a pour objet de vous informer des mesures et engagements pris par notre Société afin de veiller à la protection de vos données.  </w:t>
      </w:r>
    </w:p>
    <w:p w:rsidRPr="00D140B5" w:rsidR="00D140B5" w:rsidP="00D140B5" w:rsidRDefault="00D140B5" w14:paraId="3713E22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Notre Société s’engage à respecter la réglementation en vigueur applicable au traitement de données à caractère personnel et, en particulier, le règlement</w:t>
      </w:r>
      <w:r w:rsidRPr="00D140B5">
        <w:rPr>
          <w:rFonts w:ascii="Times New Roman" w:hAnsi="Times New Roman" w:cs="Times New Roman"/>
          <w:sz w:val="19"/>
          <w:szCs w:val="19"/>
          <w:lang w:val="fr-FR"/>
        </w:rPr>
        <w:t> </w:t>
      </w:r>
      <w:r w:rsidRPr="00D140B5">
        <w:rPr>
          <w:rFonts w:ascii="Roboto" w:hAnsi="Roboto" w:cstheme="majorHAnsi"/>
          <w:sz w:val="19"/>
          <w:szCs w:val="19"/>
          <w:lang w:val="fr-FR"/>
        </w:rPr>
        <w:t>(UE) 2016/679 du Parlement europ</w:t>
      </w:r>
      <w:r w:rsidRPr="00D140B5">
        <w:rPr>
          <w:rFonts w:ascii="Roboto" w:hAnsi="Roboto" w:cs="Roboto"/>
          <w:sz w:val="19"/>
          <w:szCs w:val="19"/>
          <w:lang w:val="fr-FR"/>
        </w:rPr>
        <w:t>é</w:t>
      </w:r>
      <w:r w:rsidRPr="00D140B5">
        <w:rPr>
          <w:rFonts w:ascii="Roboto" w:hAnsi="Roboto" w:cstheme="majorHAnsi"/>
          <w:sz w:val="19"/>
          <w:szCs w:val="19"/>
          <w:lang w:val="fr-FR"/>
        </w:rPr>
        <w:t>en et du Conseil du 27 avril 2016 applicable depuis le 25 mai 2018 ainsi que la loi n</w:t>
      </w:r>
      <w:r w:rsidRPr="00D140B5">
        <w:rPr>
          <w:rFonts w:ascii="Roboto" w:hAnsi="Roboto" w:cs="Roboto"/>
          <w:sz w:val="19"/>
          <w:szCs w:val="19"/>
          <w:lang w:val="fr-FR"/>
        </w:rPr>
        <w:t>°</w:t>
      </w:r>
      <w:r w:rsidRPr="00D140B5">
        <w:rPr>
          <w:rFonts w:ascii="Roboto" w:hAnsi="Roboto" w:cstheme="majorHAnsi"/>
          <w:sz w:val="19"/>
          <w:szCs w:val="19"/>
          <w:lang w:val="fr-FR"/>
        </w:rPr>
        <w:t xml:space="preserve">78-17 du 6 janvier 1978 relative </w:t>
      </w:r>
      <w:r w:rsidRPr="00D140B5">
        <w:rPr>
          <w:rFonts w:ascii="Roboto" w:hAnsi="Roboto" w:cs="Roboto"/>
          <w:sz w:val="19"/>
          <w:szCs w:val="19"/>
          <w:lang w:val="fr-FR"/>
        </w:rPr>
        <w:t>à</w:t>
      </w:r>
      <w:r w:rsidRPr="00D140B5">
        <w:rPr>
          <w:rFonts w:ascii="Roboto" w:hAnsi="Roboto" w:cstheme="majorHAnsi"/>
          <w:sz w:val="19"/>
          <w:szCs w:val="19"/>
          <w:lang w:val="fr-FR"/>
        </w:rPr>
        <w:t xml:space="preserve"> l</w:t>
      </w:r>
      <w:r w:rsidRPr="00D140B5">
        <w:rPr>
          <w:rFonts w:ascii="Roboto" w:hAnsi="Roboto" w:cs="Roboto"/>
          <w:sz w:val="19"/>
          <w:szCs w:val="19"/>
          <w:lang w:val="fr-FR"/>
        </w:rPr>
        <w:t>’</w:t>
      </w:r>
      <w:r w:rsidRPr="00D140B5">
        <w:rPr>
          <w:rFonts w:ascii="Roboto" w:hAnsi="Roboto" w:cstheme="majorHAnsi"/>
          <w:sz w:val="19"/>
          <w:szCs w:val="19"/>
          <w:lang w:val="fr-FR"/>
        </w:rPr>
        <w:t>informatique, aux fichiers et aux libert</w:t>
      </w:r>
      <w:r w:rsidRPr="00D140B5">
        <w:rPr>
          <w:rFonts w:ascii="Roboto" w:hAnsi="Roboto" w:cs="Roboto"/>
          <w:sz w:val="19"/>
          <w:szCs w:val="19"/>
          <w:lang w:val="fr-FR"/>
        </w:rPr>
        <w:t>é</w:t>
      </w:r>
      <w:r w:rsidRPr="00D140B5">
        <w:rPr>
          <w:rFonts w:ascii="Roboto" w:hAnsi="Roboto" w:cstheme="majorHAnsi"/>
          <w:sz w:val="19"/>
          <w:szCs w:val="19"/>
          <w:lang w:val="fr-FR"/>
        </w:rPr>
        <w:t>s modifi</w:t>
      </w:r>
      <w:r w:rsidRPr="00D140B5">
        <w:rPr>
          <w:rFonts w:ascii="Roboto" w:hAnsi="Roboto" w:cs="Roboto"/>
          <w:sz w:val="19"/>
          <w:szCs w:val="19"/>
          <w:lang w:val="fr-FR"/>
        </w:rPr>
        <w:t>é</w:t>
      </w:r>
      <w:r w:rsidRPr="00D140B5">
        <w:rPr>
          <w:rFonts w:ascii="Roboto" w:hAnsi="Roboto" w:cstheme="majorHAnsi"/>
          <w:sz w:val="19"/>
          <w:szCs w:val="19"/>
          <w:lang w:val="fr-FR"/>
        </w:rPr>
        <w:t>es par la loi n</w:t>
      </w:r>
      <w:r w:rsidRPr="00D140B5">
        <w:rPr>
          <w:rFonts w:ascii="Roboto" w:hAnsi="Roboto" w:cs="Roboto"/>
          <w:sz w:val="19"/>
          <w:szCs w:val="19"/>
          <w:lang w:val="fr-FR"/>
        </w:rPr>
        <w:t>°</w:t>
      </w:r>
      <w:r w:rsidRPr="00D140B5">
        <w:rPr>
          <w:rFonts w:ascii="Roboto" w:hAnsi="Roboto" w:cstheme="majorHAnsi"/>
          <w:sz w:val="19"/>
          <w:szCs w:val="19"/>
          <w:lang w:val="fr-FR"/>
        </w:rPr>
        <w:t xml:space="preserve">2018-493 du 20 juin 2018 relative </w:t>
      </w:r>
      <w:r w:rsidRPr="00D140B5">
        <w:rPr>
          <w:rFonts w:ascii="Roboto" w:hAnsi="Roboto" w:cs="Roboto"/>
          <w:sz w:val="19"/>
          <w:szCs w:val="19"/>
          <w:lang w:val="fr-FR"/>
        </w:rPr>
        <w:t>à</w:t>
      </w:r>
      <w:r w:rsidRPr="00D140B5">
        <w:rPr>
          <w:rFonts w:ascii="Roboto" w:hAnsi="Roboto" w:cstheme="majorHAnsi"/>
          <w:sz w:val="19"/>
          <w:szCs w:val="19"/>
          <w:lang w:val="fr-FR"/>
        </w:rPr>
        <w:t xml:space="preserve"> la protection des donn</w:t>
      </w:r>
      <w:r w:rsidRPr="00D140B5">
        <w:rPr>
          <w:rFonts w:ascii="Roboto" w:hAnsi="Roboto" w:cs="Roboto"/>
          <w:sz w:val="19"/>
          <w:szCs w:val="19"/>
          <w:lang w:val="fr-FR"/>
        </w:rPr>
        <w:t>é</w:t>
      </w:r>
      <w:r w:rsidRPr="00D140B5">
        <w:rPr>
          <w:rFonts w:ascii="Roboto" w:hAnsi="Roboto" w:cstheme="majorHAnsi"/>
          <w:sz w:val="19"/>
          <w:szCs w:val="19"/>
          <w:lang w:val="fr-FR"/>
        </w:rPr>
        <w:t>es personnelles.</w:t>
      </w:r>
      <w:r w:rsidRPr="00D140B5">
        <w:rPr>
          <w:rFonts w:ascii="Roboto" w:hAnsi="Roboto" w:cs="Roboto"/>
          <w:sz w:val="19"/>
          <w:szCs w:val="19"/>
          <w:lang w:val="fr-FR"/>
        </w:rPr>
        <w:t>  </w:t>
      </w:r>
    </w:p>
    <w:p w:rsidR="00D140B5" w:rsidP="00D140B5" w:rsidRDefault="00D140B5" w14:paraId="10D7C30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présente politique de protection des données est susceptible d’évoluer en fonction du contexte légal et règlementaire, ainsi que des prises de position de la CNIL en matière de protection des données.   </w:t>
      </w:r>
    </w:p>
    <w:p w:rsidRPr="00D140B5" w:rsidR="00311554" w:rsidP="00D140B5" w:rsidRDefault="00311554" w14:paraId="4859381A" w14:textId="77777777">
      <w:pPr>
        <w:spacing w:after="0" w:line="240" w:lineRule="auto"/>
        <w:jc w:val="both"/>
        <w:rPr>
          <w:rFonts w:ascii="Roboto" w:hAnsi="Roboto" w:cstheme="majorHAnsi"/>
          <w:sz w:val="19"/>
          <w:szCs w:val="19"/>
          <w:lang w:val="fr-FR"/>
        </w:rPr>
      </w:pPr>
    </w:p>
    <w:p w:rsidRPr="00D140B5" w:rsidR="00D140B5" w:rsidP="004D210C" w:rsidRDefault="00D140B5" w14:paraId="406149EB" w14:textId="77777777">
      <w:pPr>
        <w:numPr>
          <w:ilvl w:val="0"/>
          <w:numId w:val="24"/>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Données à caractère personnel concernées </w:t>
      </w:r>
    </w:p>
    <w:p w:rsidRPr="00D140B5" w:rsidR="00D140B5" w:rsidP="00D140B5" w:rsidRDefault="00D140B5" w14:paraId="6F5D919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Dans le cadre de ces traitements, notre Société est en mesure de traiter différents types de données</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73A62F4E" w14:textId="77777777">
      <w:pPr>
        <w:numPr>
          <w:ilvl w:val="0"/>
          <w:numId w:val="25"/>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Données d’identification</w:t>
      </w:r>
      <w:r w:rsidRPr="00D140B5">
        <w:rPr>
          <w:rFonts w:ascii="Times New Roman" w:hAnsi="Times New Roman" w:cs="Times New Roman"/>
          <w:sz w:val="19"/>
          <w:szCs w:val="19"/>
          <w:lang w:val="fr-FR"/>
        </w:rPr>
        <w:t> </w:t>
      </w:r>
      <w:r w:rsidRPr="00D140B5">
        <w:rPr>
          <w:rFonts w:ascii="Roboto" w:hAnsi="Roboto" w:cstheme="majorHAnsi"/>
          <w:sz w:val="19"/>
          <w:szCs w:val="19"/>
          <w:lang w:val="fr-FR"/>
        </w:rPr>
        <w:t>pour la gestion des commandes (nom, pr</w:t>
      </w:r>
      <w:r w:rsidRPr="00D140B5">
        <w:rPr>
          <w:rFonts w:ascii="Roboto" w:hAnsi="Roboto" w:cs="Roboto"/>
          <w:sz w:val="19"/>
          <w:szCs w:val="19"/>
          <w:lang w:val="fr-FR"/>
        </w:rPr>
        <w:t>é</w:t>
      </w:r>
      <w:r w:rsidRPr="00D140B5">
        <w:rPr>
          <w:rFonts w:ascii="Roboto" w:hAnsi="Roboto" w:cstheme="majorHAnsi"/>
          <w:sz w:val="19"/>
          <w:szCs w:val="19"/>
          <w:lang w:val="fr-FR"/>
        </w:rPr>
        <w:t xml:space="preserve">nom, adresse </w:t>
      </w:r>
      <w:proofErr w:type="gramStart"/>
      <w:r w:rsidRPr="00D140B5">
        <w:rPr>
          <w:rFonts w:ascii="Roboto" w:hAnsi="Roboto" w:cstheme="majorHAnsi"/>
          <w:sz w:val="19"/>
          <w:szCs w:val="19"/>
          <w:lang w:val="fr-FR"/>
        </w:rPr>
        <w:t>mail</w:t>
      </w:r>
      <w:proofErr w:type="gramEnd"/>
      <w:r w:rsidRPr="00D140B5">
        <w:rPr>
          <w:rFonts w:ascii="Roboto" w:hAnsi="Roboto" w:cstheme="majorHAnsi"/>
          <w:sz w:val="19"/>
          <w:szCs w:val="19"/>
          <w:lang w:val="fr-FR"/>
        </w:rPr>
        <w:t>, n</w:t>
      </w:r>
      <w:r w:rsidRPr="00D140B5">
        <w:rPr>
          <w:rFonts w:ascii="Roboto" w:hAnsi="Roboto" w:cs="Roboto"/>
          <w:sz w:val="19"/>
          <w:szCs w:val="19"/>
          <w:lang w:val="fr-FR"/>
        </w:rPr>
        <w:t>°</w:t>
      </w:r>
      <w:r w:rsidRPr="00D140B5">
        <w:rPr>
          <w:rFonts w:ascii="Roboto" w:hAnsi="Roboto" w:cstheme="majorHAnsi"/>
          <w:sz w:val="19"/>
          <w:szCs w:val="19"/>
          <w:lang w:val="fr-FR"/>
        </w:rPr>
        <w:t xml:space="preserve"> t</w:t>
      </w:r>
      <w:r w:rsidRPr="00D140B5">
        <w:rPr>
          <w:rFonts w:ascii="Roboto" w:hAnsi="Roboto" w:cs="Roboto"/>
          <w:sz w:val="19"/>
          <w:szCs w:val="19"/>
          <w:lang w:val="fr-FR"/>
        </w:rPr>
        <w:t>é</w:t>
      </w:r>
      <w:r w:rsidRPr="00D140B5">
        <w:rPr>
          <w:rFonts w:ascii="Roboto" w:hAnsi="Roboto" w:cstheme="majorHAnsi"/>
          <w:sz w:val="19"/>
          <w:szCs w:val="19"/>
          <w:lang w:val="fr-FR"/>
        </w:rPr>
        <w:t>l</w:t>
      </w:r>
      <w:r w:rsidRPr="00D140B5">
        <w:rPr>
          <w:rFonts w:ascii="Roboto" w:hAnsi="Roboto" w:cs="Roboto"/>
          <w:sz w:val="19"/>
          <w:szCs w:val="19"/>
          <w:lang w:val="fr-FR"/>
        </w:rPr>
        <w:t>é</w:t>
      </w:r>
      <w:r w:rsidRPr="00D140B5">
        <w:rPr>
          <w:rFonts w:ascii="Roboto" w:hAnsi="Roboto" w:cstheme="majorHAnsi"/>
          <w:sz w:val="19"/>
          <w:szCs w:val="19"/>
          <w:lang w:val="fr-FR"/>
        </w:rPr>
        <w:t>phone, n</w:t>
      </w:r>
      <w:r w:rsidRPr="00D140B5">
        <w:rPr>
          <w:rFonts w:ascii="Roboto" w:hAnsi="Roboto" w:cs="Roboto"/>
          <w:sz w:val="19"/>
          <w:szCs w:val="19"/>
          <w:lang w:val="fr-FR"/>
        </w:rPr>
        <w:t>°</w:t>
      </w:r>
      <w:r w:rsidRPr="00D140B5">
        <w:rPr>
          <w:rFonts w:ascii="Roboto" w:hAnsi="Roboto" w:cstheme="majorHAnsi"/>
          <w:sz w:val="19"/>
          <w:szCs w:val="19"/>
          <w:lang w:val="fr-FR"/>
        </w:rPr>
        <w:t xml:space="preserve"> client, n</w:t>
      </w:r>
      <w:r w:rsidRPr="00D140B5">
        <w:rPr>
          <w:rFonts w:ascii="Roboto" w:hAnsi="Roboto" w:cs="Roboto"/>
          <w:sz w:val="19"/>
          <w:szCs w:val="19"/>
          <w:lang w:val="fr-FR"/>
        </w:rPr>
        <w:t>°</w:t>
      </w:r>
      <w:r w:rsidRPr="00D140B5">
        <w:rPr>
          <w:rFonts w:ascii="Roboto" w:hAnsi="Roboto" w:cstheme="majorHAnsi"/>
          <w:sz w:val="19"/>
          <w:szCs w:val="19"/>
          <w:lang w:val="fr-FR"/>
        </w:rPr>
        <w:t xml:space="preserve"> facture, n</w:t>
      </w:r>
      <w:r w:rsidRPr="00D140B5">
        <w:rPr>
          <w:rFonts w:ascii="Roboto" w:hAnsi="Roboto" w:cs="Roboto"/>
          <w:sz w:val="19"/>
          <w:szCs w:val="19"/>
          <w:lang w:val="fr-FR"/>
        </w:rPr>
        <w:t>°</w:t>
      </w:r>
      <w:r w:rsidRPr="00D140B5">
        <w:rPr>
          <w:rFonts w:ascii="Roboto" w:hAnsi="Roboto" w:cstheme="majorHAnsi"/>
          <w:sz w:val="19"/>
          <w:szCs w:val="19"/>
          <w:lang w:val="fr-FR"/>
        </w:rPr>
        <w:t xml:space="preserve"> billet, n</w:t>
      </w:r>
      <w:r w:rsidRPr="00D140B5">
        <w:rPr>
          <w:rFonts w:ascii="Roboto" w:hAnsi="Roboto" w:cs="Roboto"/>
          <w:sz w:val="19"/>
          <w:szCs w:val="19"/>
          <w:lang w:val="fr-FR"/>
        </w:rPr>
        <w:t>°</w:t>
      </w:r>
      <w:r w:rsidRPr="00D140B5">
        <w:rPr>
          <w:rFonts w:ascii="Roboto" w:hAnsi="Roboto" w:cstheme="majorHAnsi"/>
          <w:sz w:val="19"/>
          <w:szCs w:val="19"/>
          <w:lang w:val="fr-FR"/>
        </w:rPr>
        <w:t xml:space="preserve"> Angers City </w:t>
      </w:r>
      <w:proofErr w:type="spellStart"/>
      <w:r w:rsidRPr="00D140B5">
        <w:rPr>
          <w:rFonts w:ascii="Roboto" w:hAnsi="Roboto" w:cstheme="majorHAnsi"/>
          <w:sz w:val="19"/>
          <w:szCs w:val="19"/>
          <w:lang w:val="fr-FR"/>
        </w:rPr>
        <w:t>Pass</w:t>
      </w:r>
      <w:proofErr w:type="spellEnd"/>
      <w:r w:rsidRPr="00D140B5">
        <w:rPr>
          <w:rFonts w:ascii="Roboto" w:hAnsi="Roboto" w:cstheme="majorHAnsi"/>
          <w:sz w:val="19"/>
          <w:szCs w:val="19"/>
          <w:lang w:val="fr-FR"/>
        </w:rPr>
        <w:t xml:space="preserve"> le cas </w:t>
      </w:r>
      <w:r w:rsidRPr="00D140B5">
        <w:rPr>
          <w:rFonts w:ascii="Roboto" w:hAnsi="Roboto" w:cs="Roboto"/>
          <w:sz w:val="19"/>
          <w:szCs w:val="19"/>
          <w:lang w:val="fr-FR"/>
        </w:rPr>
        <w:t>é</w:t>
      </w:r>
      <w:r w:rsidRPr="00D140B5">
        <w:rPr>
          <w:rFonts w:ascii="Roboto" w:hAnsi="Roboto" w:cstheme="majorHAnsi"/>
          <w:sz w:val="19"/>
          <w:szCs w:val="19"/>
          <w:lang w:val="fr-FR"/>
        </w:rPr>
        <w:t>ch</w:t>
      </w:r>
      <w:r w:rsidRPr="00D140B5">
        <w:rPr>
          <w:rFonts w:ascii="Roboto" w:hAnsi="Roboto" w:cs="Roboto"/>
          <w:sz w:val="19"/>
          <w:szCs w:val="19"/>
          <w:lang w:val="fr-FR"/>
        </w:rPr>
        <w:t>é</w:t>
      </w:r>
      <w:r w:rsidRPr="00D140B5">
        <w:rPr>
          <w:rFonts w:ascii="Roboto" w:hAnsi="Roboto" w:cstheme="majorHAnsi"/>
          <w:sz w:val="19"/>
          <w:szCs w:val="19"/>
          <w:lang w:val="fr-FR"/>
        </w:rPr>
        <w:t>ant, d</w:t>
      </w:r>
      <w:r w:rsidRPr="00D140B5">
        <w:rPr>
          <w:rFonts w:ascii="Roboto" w:hAnsi="Roboto" w:cs="Roboto"/>
          <w:sz w:val="19"/>
          <w:szCs w:val="19"/>
          <w:lang w:val="fr-FR"/>
        </w:rPr>
        <w:t>é</w:t>
      </w:r>
      <w:r w:rsidRPr="00D140B5">
        <w:rPr>
          <w:rFonts w:ascii="Roboto" w:hAnsi="Roboto" w:cstheme="majorHAnsi"/>
          <w:sz w:val="19"/>
          <w:szCs w:val="19"/>
          <w:lang w:val="fr-FR"/>
        </w:rPr>
        <w:t xml:space="preserve">tail des commandes, adresse postale le cas </w:t>
      </w:r>
      <w:r w:rsidRPr="00D140B5">
        <w:rPr>
          <w:rFonts w:ascii="Roboto" w:hAnsi="Roboto" w:cs="Roboto"/>
          <w:sz w:val="19"/>
          <w:szCs w:val="19"/>
          <w:lang w:val="fr-FR"/>
        </w:rPr>
        <w:t>é</w:t>
      </w:r>
      <w:r w:rsidRPr="00D140B5">
        <w:rPr>
          <w:rFonts w:ascii="Roboto" w:hAnsi="Roboto" w:cstheme="majorHAnsi"/>
          <w:sz w:val="19"/>
          <w:szCs w:val="19"/>
          <w:lang w:val="fr-FR"/>
        </w:rPr>
        <w:t>ch</w:t>
      </w:r>
      <w:r w:rsidRPr="00D140B5">
        <w:rPr>
          <w:rFonts w:ascii="Roboto" w:hAnsi="Roboto" w:cs="Roboto"/>
          <w:sz w:val="19"/>
          <w:szCs w:val="19"/>
          <w:lang w:val="fr-FR"/>
        </w:rPr>
        <w:t>é</w:t>
      </w:r>
      <w:r w:rsidRPr="00D140B5">
        <w:rPr>
          <w:rFonts w:ascii="Roboto" w:hAnsi="Roboto" w:cstheme="majorHAnsi"/>
          <w:sz w:val="19"/>
          <w:szCs w:val="19"/>
          <w:lang w:val="fr-FR"/>
        </w:rPr>
        <w:t>ant)</w:t>
      </w:r>
      <w:r w:rsidRPr="00D140B5">
        <w:rPr>
          <w:rFonts w:ascii="Roboto" w:hAnsi="Roboto" w:cs="Roboto"/>
          <w:sz w:val="19"/>
          <w:szCs w:val="19"/>
          <w:lang w:val="fr-FR"/>
        </w:rPr>
        <w:t> </w:t>
      </w:r>
    </w:p>
    <w:p w:rsidRPr="00D140B5" w:rsidR="00D140B5" w:rsidP="004D210C" w:rsidRDefault="00D140B5" w14:paraId="4971B60D" w14:textId="77777777">
      <w:pPr>
        <w:numPr>
          <w:ilvl w:val="0"/>
          <w:numId w:val="26"/>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Données financières pour la validation et le suivi des règlements (informations carte bancaire, n° transaction) </w:t>
      </w:r>
    </w:p>
    <w:p w:rsidRPr="00D140B5" w:rsidR="00D140B5" w:rsidP="004D210C" w:rsidRDefault="00D140B5" w14:paraId="2A61EE29" w14:textId="77777777">
      <w:pPr>
        <w:numPr>
          <w:ilvl w:val="0"/>
          <w:numId w:val="27"/>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Données de connexion le cas échéant pour la gestion du compte en ligne (adresse IP, mot de passe, cookies) </w:t>
      </w:r>
    </w:p>
    <w:p w:rsidRPr="00D140B5" w:rsidR="00D140B5" w:rsidP="004D210C" w:rsidRDefault="00D140B5" w14:paraId="09FA61C8" w14:textId="77777777">
      <w:pPr>
        <w:numPr>
          <w:ilvl w:val="0"/>
          <w:numId w:val="28"/>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Données de vie professionnelle pour des commandes dans le cadre professionnel (nom d’entreprise/organisme) </w:t>
      </w:r>
    </w:p>
    <w:p w:rsidRPr="00D140B5" w:rsidR="00D140B5" w:rsidP="00D140B5" w:rsidRDefault="00D140B5" w14:paraId="6585E2B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4D210C" w:rsidRDefault="00D140B5" w14:paraId="5C565A25" w14:textId="77777777">
      <w:pPr>
        <w:numPr>
          <w:ilvl w:val="0"/>
          <w:numId w:val="29"/>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Finalités et durées de conservation  </w:t>
      </w:r>
    </w:p>
    <w:p w:rsidRPr="00D140B5" w:rsidR="00D140B5" w:rsidP="00D140B5" w:rsidRDefault="00D140B5" w14:paraId="77CD1FF8"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traitements mis en œuvre par notre Société répondent à une finalité explicite, légitime et déterminée et notre Société ne conserve vos données que pour la durée nécessaire aux opérations pour lesquelles elles ont été collectées.  </w:t>
      </w:r>
    </w:p>
    <w:p w:rsidRPr="00D140B5" w:rsidR="00D140B5" w:rsidP="00D140B5" w:rsidRDefault="00D140B5" w14:paraId="135067D4"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données obligatoires sont indiquées comme telles dans les formulaires de collecte, par la présence d’un astérisque. </w:t>
      </w:r>
    </w:p>
    <w:p w:rsidRPr="00D140B5" w:rsidR="00D140B5" w:rsidP="00D140B5" w:rsidRDefault="00D140B5" w14:paraId="49F586E0" w14:textId="77777777">
      <w:pPr>
        <w:spacing w:after="0" w:line="240" w:lineRule="auto"/>
        <w:jc w:val="both"/>
        <w:rPr>
          <w:rFonts w:ascii="Roboto" w:hAnsi="Roboto" w:cstheme="majorHAnsi"/>
          <w:sz w:val="19"/>
          <w:szCs w:val="19"/>
          <w:lang w:val="fr-FR"/>
        </w:rPr>
      </w:pPr>
    </w:p>
    <w:p w:rsidRPr="00D140B5" w:rsidR="00D140B5" w:rsidP="00D140B5" w:rsidRDefault="00D140B5" w14:paraId="313725BF" w14:textId="77777777">
      <w:pPr>
        <w:spacing w:after="0" w:line="240" w:lineRule="auto"/>
        <w:jc w:val="both"/>
        <w:rPr>
          <w:rFonts w:ascii="Roboto" w:hAnsi="Roboto" w:cstheme="majorHAnsi"/>
          <w:sz w:val="19"/>
          <w:szCs w:val="19"/>
          <w:lang w:val="fr-FR"/>
        </w:rPr>
      </w:pPr>
    </w:p>
    <w:p w:rsidRPr="00D140B5" w:rsidR="00D140B5" w:rsidP="00D140B5" w:rsidRDefault="00D140B5" w14:paraId="12CB7202" w14:textId="77777777">
      <w:pPr>
        <w:spacing w:after="0" w:line="240" w:lineRule="auto"/>
        <w:jc w:val="both"/>
        <w:rPr>
          <w:rFonts w:ascii="Roboto" w:hAnsi="Roboto" w:cstheme="majorHAnsi"/>
          <w:sz w:val="19"/>
          <w:szCs w:val="19"/>
          <w:lang w:val="fr-FR"/>
        </w:rPr>
      </w:pPr>
    </w:p>
    <w:p w:rsidRPr="00D140B5" w:rsidR="00D140B5" w:rsidP="00D140B5" w:rsidRDefault="00D140B5" w14:paraId="631277C3" w14:textId="77777777">
      <w:pPr>
        <w:spacing w:after="0" w:line="240" w:lineRule="auto"/>
        <w:jc w:val="both"/>
        <w:rPr>
          <w:rFonts w:ascii="Roboto" w:hAnsi="Roboto" w:cstheme="majorHAnsi"/>
          <w:sz w:val="19"/>
          <w:szCs w:val="19"/>
          <w:lang w:val="fr-FR"/>
        </w:rPr>
      </w:pPr>
    </w:p>
    <w:p w:rsidRPr="00D140B5" w:rsidR="00D140B5" w:rsidP="00D140B5" w:rsidRDefault="00D140B5" w14:paraId="70D6EB71" w14:textId="77777777">
      <w:pPr>
        <w:spacing w:after="0" w:line="240" w:lineRule="auto"/>
        <w:jc w:val="both"/>
        <w:rPr>
          <w:rFonts w:ascii="Roboto" w:hAnsi="Roboto" w:cstheme="majorHAnsi"/>
          <w:sz w:val="19"/>
          <w:szCs w:val="19"/>
          <w:lang w:val="fr-FR"/>
        </w:rPr>
      </w:pPr>
    </w:p>
    <w:p w:rsidRPr="00D140B5" w:rsidR="00D140B5" w:rsidP="00D140B5" w:rsidRDefault="00D140B5" w14:paraId="0037DF28" w14:textId="77777777">
      <w:pPr>
        <w:spacing w:after="0" w:line="240" w:lineRule="auto"/>
        <w:jc w:val="both"/>
        <w:rPr>
          <w:rFonts w:ascii="Roboto" w:hAnsi="Roboto" w:cstheme="majorHAnsi"/>
          <w:sz w:val="19"/>
          <w:szCs w:val="19"/>
          <w:lang w:val="fr-FR"/>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25"/>
        <w:gridCol w:w="2137"/>
        <w:gridCol w:w="3400"/>
        <w:gridCol w:w="1958"/>
      </w:tblGrid>
      <w:tr w:rsidRPr="00D140B5" w:rsidR="00D140B5" w14:paraId="4CD86ECD" w14:textId="77777777">
        <w:trPr>
          <w:trHeight w:val="405"/>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0EABF7E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Traitement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76510744"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Finalité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1D90B31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Base légale du traitement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5332544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conservation </w:t>
            </w:r>
          </w:p>
        </w:tc>
      </w:tr>
      <w:tr w:rsidRPr="00D140B5" w:rsidR="00D140B5" w14:paraId="6EA73AAA" w14:textId="77777777">
        <w:trPr>
          <w:trHeight w:val="975"/>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61F991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Ouverture de compte personnel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54119C4"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de l’ouverture d’un compte personnel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4D864B32"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Exécution du contrat de réservation que vous avez conclu avec notre Société (cf. article 6.1 b)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33FF929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+ 5 ans après inactivité  </w:t>
            </w:r>
          </w:p>
        </w:tc>
      </w:tr>
      <w:tr w:rsidRPr="00D140B5" w:rsidR="00D140B5" w14:paraId="52CEEEA3" w14:textId="77777777">
        <w:trPr>
          <w:trHeight w:val="990"/>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082721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Connexion au compte personnel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47607ACE"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de la connexion aux comptes personnels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5B541A7C"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Intérêt légitime de notre Société afin de sécuriser l’accès aux comptes clients (cf. article 6.1.f)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4488E53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+ 5 ans après inactivité </w:t>
            </w:r>
          </w:p>
        </w:tc>
      </w:tr>
      <w:tr w:rsidRPr="00D140B5" w:rsidR="00D140B5" w14:paraId="308BF760" w14:textId="77777777">
        <w:trPr>
          <w:trHeight w:val="1245"/>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67A5B3C3"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Envoi de notifications par </w:t>
            </w:r>
            <w:proofErr w:type="gramStart"/>
            <w:r w:rsidRPr="00D140B5">
              <w:rPr>
                <w:rFonts w:ascii="Roboto" w:hAnsi="Roboto" w:cstheme="majorHAnsi"/>
                <w:sz w:val="19"/>
                <w:szCs w:val="19"/>
                <w:lang w:val="fr-FR"/>
              </w:rPr>
              <w:t>e-mail</w:t>
            </w:r>
            <w:proofErr w:type="gramEnd"/>
            <w:r w:rsidRPr="00D140B5">
              <w:rPr>
                <w:rFonts w:ascii="Roboto" w:hAnsi="Roboto" w:cstheme="majorHAnsi"/>
                <w:sz w:val="19"/>
                <w:szCs w:val="19"/>
                <w:lang w:val="fr-FR"/>
              </w:rPr>
              <w:t xml:space="preserve"> pour la gestion du compte personnel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5AEE23C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Suivi de toute activité réalisée sur l’espace personnel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7CE0086C"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Intérêt légitime de notre Société afin de vous faire part de toute activité réalisée sur votre espace personnel (cf. article 6.1.f)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39B003B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+ 5 ans après inactivité </w:t>
            </w:r>
          </w:p>
        </w:tc>
      </w:tr>
      <w:tr w:rsidRPr="00D140B5" w:rsidR="00D140B5" w14:paraId="1A7C4AEF" w14:textId="77777777">
        <w:trPr>
          <w:trHeight w:val="1260"/>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049DDA92"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Validation et règlement d’une commande </w:t>
            </w:r>
          </w:p>
          <w:p w:rsidRPr="00D140B5" w:rsidR="00D140B5" w:rsidP="00D140B5" w:rsidRDefault="00D140B5" w14:paraId="36D6CB76"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D140B5" w:rsidRDefault="00D140B5" w14:paraId="69483F16"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D140B5" w:rsidRDefault="00D140B5" w14:paraId="13A92B4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de caution pour les locations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5BEEE98F"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du paiement d’une commande et des cautions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778302D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Intérêt légitime de notre Société afin de commercialiser des produits et services (cf. article 6.1.f) du Règlement général sur la protection des données) </w:t>
            </w:r>
          </w:p>
          <w:p w:rsidRPr="00D140B5" w:rsidR="00D140B5" w:rsidP="00D140B5" w:rsidRDefault="00D140B5" w14:paraId="780FED08"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D140B5" w:rsidRDefault="00D140B5" w14:paraId="1605355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Exécution du contrat de réservation que vous avez conclu avec notre Société dans le cadre du versement d’une caution selon les conditions (cf. article 6.1 </w:t>
            </w:r>
            <w:proofErr w:type="gramStart"/>
            <w:r w:rsidRPr="00D140B5">
              <w:rPr>
                <w:rFonts w:ascii="Roboto" w:hAnsi="Roboto" w:cstheme="majorHAnsi"/>
                <w:sz w:val="19"/>
                <w:szCs w:val="19"/>
                <w:lang w:val="fr-FR"/>
              </w:rPr>
              <w:t>b)  du</w:t>
            </w:r>
            <w:proofErr w:type="gramEnd"/>
            <w:r w:rsidRPr="00D140B5">
              <w:rPr>
                <w:rFonts w:ascii="Roboto" w:hAnsi="Roboto" w:cstheme="majorHAnsi"/>
                <w:sz w:val="19"/>
                <w:szCs w:val="19"/>
                <w:lang w:val="fr-FR"/>
              </w:rPr>
              <w:t xml:space="preserve">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60DBC73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+ 5 ans après inactivité  </w:t>
            </w:r>
          </w:p>
          <w:p w:rsidRPr="00D140B5" w:rsidR="00D140B5" w:rsidP="00D140B5" w:rsidRDefault="00D140B5" w14:paraId="6A771BF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D140B5" w:rsidRDefault="00D140B5" w14:paraId="7678C46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informations d’une transaction en ligne sont stockées 15 mois. </w:t>
            </w:r>
          </w:p>
          <w:p w:rsidRPr="00D140B5" w:rsidR="00D140B5" w:rsidP="00D140B5" w:rsidRDefault="00D140B5" w14:paraId="1213459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D140B5" w:rsidRDefault="00D140B5" w14:paraId="08615EBE"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informations d’un règlement par carte bancaire sont stockées 1 jour (télécollecte du terminal de paiement). </w:t>
            </w:r>
          </w:p>
        </w:tc>
      </w:tr>
      <w:tr w:rsidRPr="00D140B5" w:rsidR="00D140B5" w14:paraId="31B4CFD3" w14:textId="77777777">
        <w:trPr>
          <w:trHeight w:val="915"/>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D53773C"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Envoi des communications et des documents, par </w:t>
            </w:r>
            <w:proofErr w:type="gramStart"/>
            <w:r w:rsidRPr="00D140B5">
              <w:rPr>
                <w:rFonts w:ascii="Roboto" w:hAnsi="Roboto" w:cstheme="majorHAnsi"/>
                <w:sz w:val="19"/>
                <w:szCs w:val="19"/>
                <w:lang w:val="fr-FR"/>
              </w:rPr>
              <w:t>e-mail</w:t>
            </w:r>
            <w:proofErr w:type="gramEnd"/>
            <w:r w:rsidRPr="00D140B5">
              <w:rPr>
                <w:rFonts w:ascii="Roboto" w:hAnsi="Roboto" w:cstheme="majorHAnsi"/>
                <w:sz w:val="19"/>
                <w:szCs w:val="19"/>
                <w:lang w:val="fr-FR"/>
              </w:rPr>
              <w:t xml:space="preserve"> et/ou téléphone, associés à une commande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76120C6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d’une commande et des communications, documents associés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D73339F"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Exécution du contrat de réservation que vous avez conclu avec notre Société (cf. article 6.1 b)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3790310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+ 5 ans après inactivité </w:t>
            </w:r>
          </w:p>
        </w:tc>
      </w:tr>
      <w:tr w:rsidRPr="00D140B5" w:rsidR="00D140B5" w14:paraId="3D7C8005" w14:textId="77777777">
        <w:trPr>
          <w:trHeight w:val="1425"/>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0095B10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Envoi des informations aux prestataires et guides en charge des prestations commandées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09B588E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d’une commande par les prestataires et guides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1450D4B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Exécution du contrat de réservation que vous avez conclu avec notre Société et intérêt légitime de communiquer les informations aux personnes en charge des prestations (cf. article 6.1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7BFD3F9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+ 5 ans après inactivité </w:t>
            </w:r>
          </w:p>
        </w:tc>
      </w:tr>
      <w:tr w:rsidRPr="00D140B5" w:rsidR="00D140B5" w14:paraId="70E84AEC" w14:textId="77777777">
        <w:trPr>
          <w:trHeight w:val="1050"/>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6C48160E"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Contrôle d’accès/identification du client ayant passé commande de produit ou de prestation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48319E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d’une commande par les organisateurs et contrôle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5485DF2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Exécution du contrat de réservation que vous avez conclu avec notre Société (cf. article 6.1 b)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ECFB1E4"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+ 5 ans après inactivité </w:t>
            </w:r>
          </w:p>
        </w:tc>
      </w:tr>
      <w:tr w:rsidRPr="00D140B5" w:rsidR="00D140B5" w14:paraId="79AFAA32" w14:textId="77777777">
        <w:trPr>
          <w:trHeight w:val="1125"/>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1A8F2A6F"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Communication post-activité en lien avec la commande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015BB0FB"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Collecte de la satisfaction et proposition des nouvelles éditions d’activités consommées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35A139B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Intérêt légitime de notre Société afin d’envoyer des communications en lien avec la commande (cf. article 6.1.f)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052F111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Durée de la relation contractuelle + 2 ans </w:t>
            </w:r>
          </w:p>
        </w:tc>
      </w:tr>
      <w:tr w:rsidRPr="00D140B5" w:rsidR="00D140B5" w14:paraId="690ACD2E" w14:textId="77777777">
        <w:trPr>
          <w:trHeight w:val="1215"/>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6321304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Envoi des newsletters mensuelles Destination Angers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0B4523A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Promotion et information sur l’activité de notre Société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76748E2F"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Consentement expressément donné en cochant la case d’acceptation, accessible depuis les informations personnelles du compte (cf. article 6.1 a)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707F91D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Jusqu’à désinscription OU Durée de la relation contractuelle + 2 ans après inactivité </w:t>
            </w:r>
          </w:p>
        </w:tc>
      </w:tr>
      <w:tr w:rsidRPr="00D140B5" w:rsidR="00D140B5" w14:paraId="7D8AF2A2" w14:textId="77777777">
        <w:trPr>
          <w:trHeight w:val="690"/>
        </w:trPr>
        <w:tc>
          <w:tcPr>
            <w:tcW w:w="25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5E6E4316"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Traitement des factures </w:t>
            </w:r>
          </w:p>
        </w:tc>
        <w:tc>
          <w:tcPr>
            <w:tcW w:w="226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471099F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Gestion de la facturation </w:t>
            </w:r>
          </w:p>
        </w:tc>
        <w:tc>
          <w:tcPr>
            <w:tcW w:w="3735"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62EFF6BE"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Obligation légale du Code du commerce (cf. article 6.1 du Règlement général sur la protection des données) </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D140B5" w:rsidR="00D140B5" w:rsidP="00D140B5" w:rsidRDefault="00D140B5" w14:paraId="2AD9B89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Obligation de conservation pendant 10 ans minimum </w:t>
            </w:r>
          </w:p>
        </w:tc>
      </w:tr>
    </w:tbl>
    <w:p w:rsidRPr="00D140B5" w:rsidR="00D140B5" w:rsidP="00D140B5" w:rsidRDefault="00D140B5" w14:paraId="568B2E21" w14:textId="015664EE">
      <w:pPr>
        <w:spacing w:after="0" w:line="240" w:lineRule="auto"/>
        <w:ind w:left="720"/>
        <w:jc w:val="both"/>
        <w:rPr>
          <w:rFonts w:ascii="Roboto" w:hAnsi="Roboto" w:cstheme="majorHAnsi"/>
          <w:sz w:val="19"/>
          <w:szCs w:val="19"/>
          <w:lang w:val="fr-FR"/>
        </w:rPr>
      </w:pPr>
      <w:r w:rsidRPr="00D140B5">
        <w:rPr>
          <w:rFonts w:ascii="Roboto" w:hAnsi="Roboto" w:cstheme="majorHAnsi"/>
          <w:b/>
          <w:bCs/>
          <w:sz w:val="19"/>
          <w:szCs w:val="19"/>
          <w:lang w:val="fr-FR"/>
        </w:rPr>
        <w:br/>
      </w:r>
      <w:r w:rsidRPr="00D140B5">
        <w:rPr>
          <w:rFonts w:ascii="Roboto" w:hAnsi="Roboto" w:cstheme="majorHAnsi"/>
          <w:sz w:val="19"/>
          <w:szCs w:val="19"/>
          <w:lang w:val="fr-FR"/>
        </w:rPr>
        <w:t>4.Destinataires des données  </w:t>
      </w:r>
    </w:p>
    <w:p w:rsidRPr="00D140B5" w:rsidR="00D140B5" w:rsidP="00D140B5" w:rsidRDefault="00D140B5" w14:paraId="027BB729" w14:textId="77777777">
      <w:pPr>
        <w:spacing w:after="0" w:line="240" w:lineRule="auto"/>
        <w:ind w:left="720"/>
        <w:jc w:val="both"/>
        <w:rPr>
          <w:rFonts w:ascii="Roboto" w:hAnsi="Roboto" w:cstheme="majorHAnsi"/>
          <w:sz w:val="19"/>
          <w:szCs w:val="19"/>
          <w:lang w:val="fr-FR"/>
        </w:rPr>
      </w:pPr>
    </w:p>
    <w:p w:rsidRPr="00D140B5" w:rsidR="00D140B5" w:rsidP="00D140B5" w:rsidRDefault="00D140B5" w14:paraId="34759CC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En fonction de leurs besoins respectifs, sont destinataires de tout ou partie des données collectées</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D140B5" w:rsidRDefault="00D140B5" w14:paraId="32845A25" w14:textId="77777777">
      <w:pPr>
        <w:spacing w:after="0" w:line="240" w:lineRule="auto"/>
        <w:jc w:val="both"/>
        <w:rPr>
          <w:rFonts w:ascii="Roboto" w:hAnsi="Roboto" w:cstheme="majorHAnsi"/>
          <w:sz w:val="19"/>
          <w:szCs w:val="19"/>
          <w:lang w:val="fr-FR"/>
        </w:rPr>
      </w:pPr>
    </w:p>
    <w:p w:rsidRPr="00D140B5" w:rsidR="00D140B5" w:rsidP="004D210C" w:rsidRDefault="00D140B5" w14:paraId="0F7D9279" w14:textId="4B2A8BBC">
      <w:pPr>
        <w:numPr>
          <w:ilvl w:val="0"/>
          <w:numId w:val="30"/>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w:t>
      </w:r>
      <w:proofErr w:type="gramEnd"/>
      <w:r w:rsidRPr="00D140B5">
        <w:rPr>
          <w:rFonts w:ascii="Roboto" w:hAnsi="Roboto" w:cstheme="majorHAnsi"/>
          <w:sz w:val="19"/>
          <w:szCs w:val="19"/>
          <w:lang w:val="fr-FR"/>
        </w:rPr>
        <w:t xml:space="preserve"> personnel habilité de notre Société</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5B21E8F7" w14:textId="77777777">
      <w:pPr>
        <w:numPr>
          <w:ilvl w:val="0"/>
          <w:numId w:val="31"/>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les</w:t>
      </w:r>
      <w:proofErr w:type="gramEnd"/>
      <w:r w:rsidRPr="00D140B5">
        <w:rPr>
          <w:rFonts w:ascii="Roboto" w:hAnsi="Roboto" w:cstheme="majorHAnsi"/>
          <w:sz w:val="19"/>
          <w:szCs w:val="19"/>
          <w:lang w:val="fr-FR"/>
        </w:rPr>
        <w:t xml:space="preserve"> sous-traitants de notre Société autorisés</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3EF32DBD" w14:textId="77777777">
      <w:pPr>
        <w:numPr>
          <w:ilvl w:val="0"/>
          <w:numId w:val="32"/>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les</w:t>
      </w:r>
      <w:proofErr w:type="gramEnd"/>
      <w:r w:rsidRPr="00D140B5">
        <w:rPr>
          <w:rFonts w:ascii="Roboto" w:hAnsi="Roboto" w:cstheme="majorHAnsi"/>
          <w:sz w:val="19"/>
          <w:szCs w:val="19"/>
          <w:lang w:val="fr-FR"/>
        </w:rPr>
        <w:t xml:space="preserve"> prestataires d’activités et les guides en charge des prestations commandées, le cas échéant.  </w:t>
      </w:r>
    </w:p>
    <w:p w:rsidRPr="00D140B5" w:rsidR="00D140B5" w:rsidP="004D210C" w:rsidRDefault="00D140B5" w14:paraId="31F8B8A4" w14:textId="77777777">
      <w:pPr>
        <w:numPr>
          <w:ilvl w:val="0"/>
          <w:numId w:val="32"/>
        </w:numPr>
        <w:spacing w:after="0" w:line="240" w:lineRule="auto"/>
        <w:jc w:val="both"/>
        <w:rPr>
          <w:rFonts w:ascii="Roboto" w:hAnsi="Roboto" w:cstheme="majorHAnsi"/>
          <w:sz w:val="19"/>
          <w:szCs w:val="19"/>
          <w:lang w:val="fr-FR"/>
        </w:rPr>
      </w:pPr>
    </w:p>
    <w:p w:rsidRPr="00D140B5" w:rsidR="00D140B5" w:rsidP="00D140B5" w:rsidRDefault="00D140B5" w14:paraId="122E759E"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Notre Société certifie que les sous-traitants disposent d’un niveau de protection des données personnelles conforme aux exigences du Règlement. Notre Société contracte avec les sous-traitants afin de garantir la sécurité et la confidentialité des données à caractère personnel, et notamment à ce que vos informations soient hébergées au sein de l’Union Européenne ou dans un pays en adéquation avec le Règlement. </w:t>
      </w:r>
    </w:p>
    <w:p w:rsidRPr="00D140B5" w:rsidR="00D140B5" w:rsidP="00D140B5" w:rsidRDefault="00D140B5" w14:paraId="27188D2B" w14:textId="77777777">
      <w:pPr>
        <w:spacing w:after="0" w:line="240" w:lineRule="auto"/>
        <w:jc w:val="both"/>
        <w:rPr>
          <w:rFonts w:ascii="Roboto" w:hAnsi="Roboto" w:cstheme="majorHAnsi"/>
          <w:sz w:val="19"/>
          <w:szCs w:val="19"/>
          <w:lang w:val="fr-FR"/>
        </w:rPr>
      </w:pPr>
    </w:p>
    <w:p w:rsidRPr="00D140B5" w:rsidR="00D140B5" w:rsidP="00D140B5" w:rsidRDefault="00D140B5" w14:paraId="5329B9F8"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société Login Informatique, en charge de l’hébergement et de la maintenance du Site et de la solution de commercialisation, peut avoir accès et traiter vos données dans le cadre de la réalisation de ses prestations, étant précisé que ce dernier s’engage lui aussi à respecter la règlementation relative aux données à caractère personnel. </w:t>
      </w:r>
    </w:p>
    <w:p w:rsidRPr="00D140B5" w:rsidR="00D140B5" w:rsidP="00D140B5" w:rsidRDefault="00D140B5" w14:paraId="1B62EC97" w14:textId="73EC814F">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D140B5" w:rsidRDefault="00D140B5" w14:paraId="3D1B2D8E"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La société de télépaiement Lyra, en charge du système de paiement en ligne </w:t>
      </w:r>
      <w:proofErr w:type="spellStart"/>
      <w:r w:rsidRPr="00D140B5">
        <w:rPr>
          <w:rFonts w:ascii="Roboto" w:hAnsi="Roboto" w:cstheme="majorHAnsi"/>
          <w:sz w:val="19"/>
          <w:szCs w:val="19"/>
          <w:lang w:val="fr-FR"/>
        </w:rPr>
        <w:t>Payzen</w:t>
      </w:r>
      <w:proofErr w:type="spellEnd"/>
      <w:r w:rsidRPr="00D140B5">
        <w:rPr>
          <w:rFonts w:ascii="Roboto" w:hAnsi="Roboto" w:cstheme="majorHAnsi"/>
          <w:sz w:val="19"/>
          <w:szCs w:val="19"/>
          <w:lang w:val="fr-FR"/>
        </w:rPr>
        <w:t>, peut traiter vos données personnelles pour valider et justifier le règlement en ligne d’une commande. Le système de télépaiement respecte la norme de sécurité de l'industrie des cartes de paiement (PCI DSS - Payment Card Industry Data Security Standard). Les informations associées à la carte bancaire sont chiffrées, afin d’éviter que celles-ci soient lues lorsqu’elles sont transmises sur internet. Elles ne sont ni accessibles par notre Société, ni par l’éditeur de la solution de télépaiement. Les informations bancaires chiffrées et les informations d'identification associées à la transaction sont conservées pour une durée de 15 mois, puis automatiquement supprimées à l'issue de cette période. </w:t>
      </w:r>
    </w:p>
    <w:p w:rsidRPr="00D140B5" w:rsidR="00D140B5" w:rsidP="00D140B5" w:rsidRDefault="00D140B5" w14:paraId="0C04D964" w14:textId="77777777">
      <w:pPr>
        <w:spacing w:after="0" w:line="240" w:lineRule="auto"/>
        <w:jc w:val="both"/>
        <w:rPr>
          <w:rFonts w:ascii="Roboto" w:hAnsi="Roboto" w:cstheme="majorHAnsi"/>
          <w:sz w:val="19"/>
          <w:szCs w:val="19"/>
          <w:lang w:val="fr-FR"/>
        </w:rPr>
      </w:pPr>
    </w:p>
    <w:p w:rsidRPr="00D140B5" w:rsidR="00D140B5" w:rsidP="00D140B5" w:rsidRDefault="00D140B5" w14:paraId="56AF6C1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Dans le cas où vous auriez commandé un Angers City </w:t>
      </w:r>
      <w:proofErr w:type="spellStart"/>
      <w:r w:rsidRPr="00D140B5">
        <w:rPr>
          <w:rFonts w:ascii="Roboto" w:hAnsi="Roboto" w:cstheme="majorHAnsi"/>
          <w:sz w:val="19"/>
          <w:szCs w:val="19"/>
          <w:lang w:val="fr-FR"/>
        </w:rPr>
        <w:t>Pass</w:t>
      </w:r>
      <w:proofErr w:type="spellEnd"/>
      <w:r w:rsidRPr="00D140B5">
        <w:rPr>
          <w:rFonts w:ascii="Roboto" w:hAnsi="Roboto" w:cstheme="majorHAnsi"/>
          <w:sz w:val="19"/>
          <w:szCs w:val="19"/>
          <w:lang w:val="fr-FR"/>
        </w:rPr>
        <w:t xml:space="preserve">, la société Adelya peut traiter vos données pour la génération et la gestion de votre Angers City </w:t>
      </w:r>
      <w:proofErr w:type="spellStart"/>
      <w:r w:rsidRPr="00D140B5">
        <w:rPr>
          <w:rFonts w:ascii="Roboto" w:hAnsi="Roboto" w:cstheme="majorHAnsi"/>
          <w:sz w:val="19"/>
          <w:szCs w:val="19"/>
          <w:lang w:val="fr-FR"/>
        </w:rPr>
        <w:t>Pass</w:t>
      </w:r>
      <w:proofErr w:type="spellEnd"/>
      <w:r w:rsidRPr="00D140B5">
        <w:rPr>
          <w:rFonts w:ascii="Roboto" w:hAnsi="Roboto" w:cstheme="majorHAnsi"/>
          <w:sz w:val="19"/>
          <w:szCs w:val="19"/>
          <w:lang w:val="fr-FR"/>
        </w:rPr>
        <w:t>. </w:t>
      </w:r>
    </w:p>
    <w:p w:rsidRPr="00D140B5" w:rsidR="00D140B5" w:rsidP="00D140B5" w:rsidRDefault="00D140B5" w14:paraId="7E065B2B" w14:textId="77777777">
      <w:pPr>
        <w:spacing w:after="0" w:line="240" w:lineRule="auto"/>
        <w:jc w:val="both"/>
        <w:rPr>
          <w:rFonts w:ascii="Roboto" w:hAnsi="Roboto" w:cstheme="majorHAnsi"/>
          <w:sz w:val="19"/>
          <w:szCs w:val="19"/>
          <w:lang w:val="fr-FR"/>
        </w:rPr>
      </w:pPr>
    </w:p>
    <w:p w:rsidRPr="00D140B5" w:rsidR="00D140B5" w:rsidP="00D140B5" w:rsidRDefault="00D140B5" w14:paraId="22D371F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Dans le cas où vous auriez coché la case acceptant l’envoi des newsletters mensuelles de notre Société, la société Brevo peut traiter vos données personnelles dans le cadre de l’envoi des newsletters. Brevo peut traiter vos données personnelles afin de vous proposer de participer à une nouvelle édition d’une activité à laquelle vous avez déjà participée. </w:t>
      </w:r>
    </w:p>
    <w:p w:rsidRPr="00D140B5" w:rsidR="00D140B5" w:rsidP="00D140B5" w:rsidRDefault="00D140B5" w14:paraId="5A4DA19B" w14:textId="77777777">
      <w:pPr>
        <w:spacing w:after="0" w:line="240" w:lineRule="auto"/>
        <w:jc w:val="both"/>
        <w:rPr>
          <w:rFonts w:ascii="Roboto" w:hAnsi="Roboto" w:cstheme="majorHAnsi"/>
          <w:sz w:val="19"/>
          <w:szCs w:val="19"/>
          <w:lang w:val="fr-FR"/>
        </w:rPr>
      </w:pPr>
    </w:p>
    <w:p w:rsidRPr="00D140B5" w:rsidR="00D140B5" w:rsidP="00D140B5" w:rsidRDefault="00D140B5" w14:paraId="24C8245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Dans le cas où des prestations seraient commandées, notre Société peut communiquer vos informations (nom, prénom, n° téléphone) aux prestataires et aux guides en charge de ces prestations, afin de contrôler votre présence et de vous contacter par téléphone dans le cadre des prestations commandées, notamment en cas de retard, d’annulation de dernière minute qui ne pourrait pas être communiquée par notre Société... </w:t>
      </w:r>
    </w:p>
    <w:p w:rsidRPr="00D140B5" w:rsidR="00D140B5" w:rsidP="00D140B5" w:rsidRDefault="00D140B5" w14:paraId="2CA4DA8D" w14:textId="77777777">
      <w:pPr>
        <w:spacing w:after="0" w:line="240" w:lineRule="auto"/>
        <w:jc w:val="both"/>
        <w:rPr>
          <w:rFonts w:ascii="Roboto" w:hAnsi="Roboto" w:cstheme="majorHAnsi"/>
          <w:b/>
          <w:bCs/>
          <w:sz w:val="19"/>
          <w:szCs w:val="19"/>
          <w:lang w:val="fr-FR"/>
        </w:rPr>
      </w:pPr>
    </w:p>
    <w:p w:rsidRPr="00D140B5" w:rsidR="00D140B5" w:rsidP="00D140B5" w:rsidRDefault="00D140B5" w14:paraId="2D26F10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A l’issue de votre participation à une activité, vous pouvez recevoir une communication vous invitant à déposer un avis sur cette activité. La société Raccourci Agency, via leur solution </w:t>
      </w:r>
      <w:proofErr w:type="spellStart"/>
      <w:r w:rsidRPr="00D140B5">
        <w:rPr>
          <w:rFonts w:ascii="Roboto" w:hAnsi="Roboto" w:cstheme="majorHAnsi"/>
          <w:sz w:val="19"/>
          <w:szCs w:val="19"/>
          <w:lang w:val="fr-FR"/>
        </w:rPr>
        <w:t>Fairguest</w:t>
      </w:r>
      <w:proofErr w:type="spellEnd"/>
      <w:r w:rsidRPr="00D140B5">
        <w:rPr>
          <w:rFonts w:ascii="Roboto" w:hAnsi="Roboto" w:cstheme="majorHAnsi"/>
          <w:sz w:val="19"/>
          <w:szCs w:val="19"/>
          <w:lang w:val="fr-FR"/>
        </w:rPr>
        <w:t>, peut traiter vos données à caractère personnel pour la collecte et la gestion des avis. </w:t>
      </w:r>
    </w:p>
    <w:p w:rsidRPr="00D140B5" w:rsidR="00D140B5" w:rsidP="00D140B5" w:rsidRDefault="00D140B5" w14:paraId="656A45C4" w14:textId="77777777">
      <w:pPr>
        <w:spacing w:after="0" w:line="240" w:lineRule="auto"/>
        <w:jc w:val="both"/>
        <w:rPr>
          <w:rFonts w:ascii="Roboto" w:hAnsi="Roboto" w:cstheme="majorHAnsi"/>
          <w:sz w:val="19"/>
          <w:szCs w:val="19"/>
          <w:lang w:val="fr-FR"/>
        </w:rPr>
      </w:pPr>
    </w:p>
    <w:p w:rsidRPr="00D140B5" w:rsidR="00D140B5" w:rsidP="004D210C" w:rsidRDefault="00D140B5" w14:paraId="49F86D35" w14:textId="77777777">
      <w:pPr>
        <w:numPr>
          <w:ilvl w:val="0"/>
          <w:numId w:val="33"/>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Transfert des données </w:t>
      </w:r>
    </w:p>
    <w:p w:rsidRPr="00D140B5" w:rsidR="00D140B5" w:rsidP="00D140B5" w:rsidRDefault="00D140B5" w14:paraId="5A826CC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Aucun transfert de données hors de l'Union Européenne n'est réalisé. </w:t>
      </w:r>
    </w:p>
    <w:p w:rsidRPr="00D140B5" w:rsidR="00D140B5" w:rsidP="00D140B5" w:rsidRDefault="00D140B5" w14:paraId="4FA6895F" w14:textId="77777777">
      <w:pPr>
        <w:spacing w:after="0" w:line="240" w:lineRule="auto"/>
        <w:jc w:val="both"/>
        <w:rPr>
          <w:rFonts w:ascii="Roboto" w:hAnsi="Roboto" w:cstheme="majorHAnsi"/>
          <w:sz w:val="19"/>
          <w:szCs w:val="19"/>
          <w:lang w:val="fr-FR"/>
        </w:rPr>
      </w:pPr>
    </w:p>
    <w:p w:rsidRPr="00D140B5" w:rsidR="00D140B5" w:rsidP="004D210C" w:rsidRDefault="00D140B5" w14:paraId="58942F63" w14:textId="77777777">
      <w:pPr>
        <w:numPr>
          <w:ilvl w:val="0"/>
          <w:numId w:val="34"/>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Mesures prises pour la sécurité des données </w:t>
      </w:r>
    </w:p>
    <w:p w:rsidRPr="00D140B5" w:rsidR="00D140B5" w:rsidP="00D140B5" w:rsidRDefault="00D140B5" w14:paraId="47EAD70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Notre Société s’engage à mettre en œuvre les mesures techniques et organisationnelles appropriées afin de garantir un niveau de sécurité adapté.   </w:t>
      </w:r>
    </w:p>
    <w:p w:rsidRPr="00D140B5" w:rsidR="00D140B5" w:rsidP="00D140B5" w:rsidRDefault="00D140B5" w14:paraId="17484798"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Notre Société utilise des précautions, des règles et des procédures technologiques et de sécurité pour protéger vos informations personnelles contre tout accès non autorisé, utilisation frauduleuse, divulgation, perte ou destruction.  </w:t>
      </w:r>
    </w:p>
    <w:p w:rsidRPr="00D140B5" w:rsidR="00D140B5" w:rsidP="00D140B5" w:rsidRDefault="00D140B5" w14:paraId="2FB6BF5D" w14:textId="77777777">
      <w:pPr>
        <w:spacing w:after="0" w:line="240" w:lineRule="auto"/>
        <w:jc w:val="both"/>
        <w:rPr>
          <w:rFonts w:ascii="Roboto" w:hAnsi="Roboto" w:cstheme="majorHAnsi"/>
          <w:sz w:val="19"/>
          <w:szCs w:val="19"/>
          <w:lang w:val="fr-FR"/>
        </w:rPr>
      </w:pPr>
    </w:p>
    <w:p w:rsidRPr="00D140B5" w:rsidR="00D140B5" w:rsidP="004D210C" w:rsidRDefault="00D140B5" w14:paraId="4AEF4518" w14:textId="77777777">
      <w:pPr>
        <w:numPr>
          <w:ilvl w:val="0"/>
          <w:numId w:val="35"/>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Vos droits sur les données vous concernant  </w:t>
      </w:r>
    </w:p>
    <w:p w:rsidRPr="00D140B5" w:rsidR="00D140B5" w:rsidP="00D140B5" w:rsidRDefault="00D140B5" w14:paraId="583A905F"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xml:space="preserve">Vous pouvez accéder aux données vous concernant </w:t>
      </w:r>
      <w:proofErr w:type="gramStart"/>
      <w:r w:rsidRPr="00D140B5">
        <w:rPr>
          <w:rFonts w:ascii="Roboto" w:hAnsi="Roboto" w:cstheme="majorHAnsi"/>
          <w:sz w:val="19"/>
          <w:szCs w:val="19"/>
          <w:lang w:val="fr-FR"/>
        </w:rPr>
        <w:t>ou</w:t>
      </w:r>
      <w:proofErr w:type="gramEnd"/>
      <w:r w:rsidRPr="00D140B5">
        <w:rPr>
          <w:rFonts w:ascii="Roboto" w:hAnsi="Roboto" w:cstheme="majorHAnsi"/>
          <w:sz w:val="19"/>
          <w:szCs w:val="19"/>
          <w:lang w:val="fr-FR"/>
        </w:rPr>
        <w:t xml:space="preserve"> demander leur effacement. Vous disposez également d'un droit d’opposition, d’un droit de rectification ainsi que d’un droit à la limitation du traitement de vos données.  </w:t>
      </w:r>
    </w:p>
    <w:p w:rsidRPr="00D140B5" w:rsidR="00D140B5" w:rsidP="00D140B5" w:rsidRDefault="00D140B5" w14:paraId="59C16081"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Vous disposez également du droit de formuler des directives spécifiques et générales concernant la conservation, l’effacement et la communication de vos données post-mortem.  </w:t>
      </w:r>
    </w:p>
    <w:p w:rsidRPr="00D140B5" w:rsidR="00D140B5" w:rsidP="00D140B5" w:rsidRDefault="00D140B5" w14:paraId="6AA02674"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communication de directives spécifiques post-mortem et l’exercice de ces droits s’effectuent, par l’envoi :  </w:t>
      </w:r>
    </w:p>
    <w:p w:rsidRPr="00D140B5" w:rsidR="00D140B5" w:rsidP="004D210C" w:rsidRDefault="00D140B5" w14:paraId="1CF01812" w14:textId="77777777">
      <w:pPr>
        <w:numPr>
          <w:ilvl w:val="0"/>
          <w:numId w:val="36"/>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d’un</w:t>
      </w:r>
      <w:proofErr w:type="gramEnd"/>
      <w:r w:rsidRPr="00D140B5">
        <w:rPr>
          <w:rFonts w:ascii="Roboto" w:hAnsi="Roboto" w:cstheme="majorHAnsi"/>
          <w:sz w:val="19"/>
          <w:szCs w:val="19"/>
          <w:lang w:val="fr-FR"/>
        </w:rPr>
        <w:t xml:space="preserve"> courrier postal à l’adresse suivante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 ALTEC,</w:t>
      </w:r>
      <w:r w:rsidRPr="00D140B5">
        <w:rPr>
          <w:rFonts w:ascii="Roboto" w:hAnsi="Roboto" w:cs="Roboto"/>
          <w:sz w:val="19"/>
          <w:szCs w:val="19"/>
          <w:lang w:val="fr-FR"/>
        </w:rPr>
        <w:t> </w:t>
      </w:r>
      <w:r w:rsidRPr="00D140B5">
        <w:rPr>
          <w:rFonts w:ascii="Roboto" w:hAnsi="Roboto" w:cstheme="majorHAnsi"/>
          <w:sz w:val="19"/>
          <w:szCs w:val="19"/>
          <w:lang w:val="fr-FR"/>
        </w:rPr>
        <w:t>7 Place Kennedy 49051 Angers</w:t>
      </w:r>
      <w:r w:rsidRPr="00D140B5">
        <w:rPr>
          <w:rFonts w:ascii="Roboto" w:hAnsi="Roboto" w:cs="Roboto"/>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p>
    <w:p w:rsidRPr="00D140B5" w:rsidR="00D140B5" w:rsidP="004D210C" w:rsidRDefault="00D140B5" w14:paraId="41D81B8B" w14:textId="77777777">
      <w:pPr>
        <w:numPr>
          <w:ilvl w:val="0"/>
          <w:numId w:val="37"/>
        </w:numPr>
        <w:spacing w:after="0" w:line="240" w:lineRule="auto"/>
        <w:jc w:val="both"/>
        <w:rPr>
          <w:rFonts w:ascii="Roboto" w:hAnsi="Roboto" w:cstheme="majorHAnsi"/>
          <w:sz w:val="19"/>
          <w:szCs w:val="19"/>
          <w:lang w:val="fr-FR"/>
        </w:rPr>
      </w:pPr>
      <w:proofErr w:type="gramStart"/>
      <w:r w:rsidRPr="00D140B5">
        <w:rPr>
          <w:rFonts w:ascii="Roboto" w:hAnsi="Roboto" w:cstheme="majorHAnsi"/>
          <w:sz w:val="19"/>
          <w:szCs w:val="19"/>
          <w:lang w:val="fr-FR"/>
        </w:rPr>
        <w:t>ou</w:t>
      </w:r>
      <w:proofErr w:type="gramEnd"/>
      <w:r w:rsidRPr="00D140B5">
        <w:rPr>
          <w:rFonts w:ascii="Roboto" w:hAnsi="Roboto" w:cstheme="majorHAnsi"/>
          <w:sz w:val="19"/>
          <w:szCs w:val="19"/>
          <w:lang w:val="fr-FR"/>
        </w:rPr>
        <w:t xml:space="preserve"> d’un courrier électronique</w:t>
      </w:r>
      <w:r w:rsidRPr="00D140B5">
        <w:rPr>
          <w:rFonts w:ascii="Times New Roman" w:hAnsi="Times New Roman" w:cs="Times New Roman"/>
          <w:sz w:val="19"/>
          <w:szCs w:val="19"/>
          <w:lang w:val="fr-FR"/>
        </w:rPr>
        <w:t> </w:t>
      </w:r>
      <w:r w:rsidRPr="00D140B5">
        <w:rPr>
          <w:rFonts w:ascii="Roboto" w:hAnsi="Roboto" w:cs="Roboto"/>
          <w:sz w:val="19"/>
          <w:szCs w:val="19"/>
          <w:lang w:val="fr-FR"/>
        </w:rPr>
        <w:t>à</w:t>
      </w:r>
      <w:r w:rsidRPr="00D140B5">
        <w:rPr>
          <w:rFonts w:ascii="Roboto" w:hAnsi="Roboto" w:cstheme="majorHAnsi"/>
          <w:sz w:val="19"/>
          <w:szCs w:val="19"/>
          <w:lang w:val="fr-FR"/>
        </w:rPr>
        <w:t xml:space="preserve"> l</w:t>
      </w:r>
      <w:r w:rsidRPr="00D140B5">
        <w:rPr>
          <w:rFonts w:ascii="Roboto" w:hAnsi="Roboto" w:cs="Roboto"/>
          <w:sz w:val="19"/>
          <w:szCs w:val="19"/>
          <w:lang w:val="fr-FR"/>
        </w:rPr>
        <w:t>’</w:t>
      </w:r>
      <w:r w:rsidRPr="00D140B5">
        <w:rPr>
          <w:rFonts w:ascii="Roboto" w:hAnsi="Roboto" w:cstheme="majorHAnsi"/>
          <w:sz w:val="19"/>
          <w:szCs w:val="19"/>
          <w:lang w:val="fr-FR"/>
        </w:rPr>
        <w:t>adresse suivante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hyperlink w:tgtFrame="_blank" w:history="1" r:id="rId13">
        <w:r w:rsidRPr="00D140B5">
          <w:rPr>
            <w:rStyle w:val="Lienhypertexte"/>
            <w:rFonts w:ascii="Roboto" w:hAnsi="Roboto" w:cstheme="majorHAnsi"/>
            <w:sz w:val="19"/>
            <w:szCs w:val="19"/>
            <w:lang w:val="fr-FR"/>
          </w:rPr>
          <w:t>rgpd@destination-angers.com</w:t>
        </w:r>
      </w:hyperlink>
      <w:r w:rsidRPr="00D140B5">
        <w:rPr>
          <w:rFonts w:ascii="Roboto" w:hAnsi="Roboto" w:cstheme="majorHAnsi"/>
          <w:sz w:val="19"/>
          <w:szCs w:val="19"/>
          <w:lang w:val="fr-FR"/>
        </w:rPr>
        <w:t>.  </w:t>
      </w:r>
    </w:p>
    <w:p w:rsidRPr="00D140B5" w:rsidR="00D140B5" w:rsidP="00D140B5" w:rsidRDefault="00D140B5" w14:paraId="1AA5756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Vous disposez enfin du droit d'introduire toute réclamation auprès de la Commission Nationale de l'Informatique et des Libertés. </w:t>
      </w:r>
    </w:p>
    <w:p w:rsidRPr="00D140B5" w:rsidR="00D140B5" w:rsidP="00D140B5" w:rsidRDefault="00D140B5" w14:paraId="50968366" w14:textId="77777777">
      <w:pPr>
        <w:spacing w:after="0" w:line="240" w:lineRule="auto"/>
        <w:jc w:val="both"/>
        <w:rPr>
          <w:rFonts w:ascii="Roboto" w:hAnsi="Roboto" w:cstheme="majorHAnsi"/>
          <w:sz w:val="19"/>
          <w:szCs w:val="19"/>
          <w:lang w:val="fr-FR"/>
        </w:rPr>
      </w:pPr>
    </w:p>
    <w:p w:rsidRPr="00D140B5" w:rsidR="00D140B5" w:rsidP="004D210C" w:rsidRDefault="00D140B5" w14:paraId="58956B9F" w14:textId="77777777">
      <w:pPr>
        <w:numPr>
          <w:ilvl w:val="0"/>
          <w:numId w:val="38"/>
        </w:num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Contact </w:t>
      </w:r>
    </w:p>
    <w:p w:rsidRPr="00D140B5" w:rsidR="00D140B5" w:rsidP="00D140B5" w:rsidRDefault="00D140B5" w14:paraId="774E9AFC"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Pour toute demande d’information relative à la présente politique de protection des données, vous pouvez nous écrire à l’adresse suivante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hyperlink w:tgtFrame="_blank" w:history="1" r:id="rId14">
        <w:r w:rsidRPr="00D140B5">
          <w:rPr>
            <w:rStyle w:val="Lienhypertexte"/>
            <w:rFonts w:ascii="Roboto" w:hAnsi="Roboto" w:cstheme="majorHAnsi"/>
            <w:sz w:val="19"/>
            <w:szCs w:val="19"/>
            <w:lang w:val="fr-FR"/>
          </w:rPr>
          <w:t>rgpd@destination-angers.com</w:t>
        </w:r>
      </w:hyperlink>
      <w:r w:rsidRPr="00D140B5">
        <w:rPr>
          <w:rFonts w:ascii="Roboto" w:hAnsi="Roboto" w:cstheme="majorHAnsi"/>
          <w:sz w:val="19"/>
          <w:szCs w:val="19"/>
          <w:lang w:val="fr-FR"/>
        </w:rPr>
        <w:t>. </w:t>
      </w:r>
    </w:p>
    <w:p w:rsidRPr="00D140B5" w:rsidR="00D140B5" w:rsidP="00ED504B" w:rsidRDefault="00D140B5" w14:paraId="4CC0006A" w14:textId="77777777">
      <w:pPr>
        <w:spacing w:after="0" w:line="240" w:lineRule="auto"/>
        <w:jc w:val="both"/>
        <w:rPr>
          <w:rFonts w:ascii="Roboto" w:hAnsi="Roboto" w:cstheme="majorHAnsi"/>
          <w:b/>
          <w:bCs/>
          <w:sz w:val="19"/>
          <w:szCs w:val="19"/>
          <w:lang w:val="fr-FR"/>
        </w:rPr>
      </w:pPr>
    </w:p>
    <w:p w:rsidRPr="00D140B5" w:rsidR="00ED504B" w:rsidP="006318ED" w:rsidRDefault="00ED504B" w14:paraId="4F643AA4" w14:textId="21CA20BA">
      <w:pPr>
        <w:keepNext/>
        <w:keepLines/>
        <w:spacing w:after="0" w:line="240" w:lineRule="auto"/>
        <w:jc w:val="both"/>
        <w:rPr>
          <w:rFonts w:ascii="Roboto" w:hAnsi="Roboto" w:cstheme="majorHAnsi"/>
          <w:sz w:val="19"/>
          <w:szCs w:val="19"/>
          <w:lang w:val="fr-FR"/>
        </w:rPr>
      </w:pPr>
    </w:p>
    <w:p w:rsidR="00311554" w:rsidP="00ED504B" w:rsidRDefault="00311554" w14:paraId="1CEA1028" w14:textId="77777777">
      <w:pPr>
        <w:spacing w:after="0" w:line="240" w:lineRule="auto"/>
        <w:jc w:val="both"/>
        <w:rPr>
          <w:rFonts w:ascii="Roboto" w:hAnsi="Roboto" w:cstheme="majorHAnsi"/>
          <w:b/>
          <w:bCs/>
          <w:sz w:val="19"/>
          <w:szCs w:val="19"/>
          <w:lang w:val="fr-FR"/>
        </w:rPr>
      </w:pPr>
    </w:p>
    <w:p w:rsidR="00311554" w:rsidP="00ED504B" w:rsidRDefault="00311554" w14:paraId="2CA02CF2" w14:textId="77777777">
      <w:pPr>
        <w:spacing w:after="0" w:line="240" w:lineRule="auto"/>
        <w:jc w:val="both"/>
        <w:rPr>
          <w:rFonts w:ascii="Roboto" w:hAnsi="Roboto" w:cstheme="majorHAnsi"/>
          <w:b/>
          <w:bCs/>
          <w:sz w:val="19"/>
          <w:szCs w:val="19"/>
          <w:lang w:val="fr-FR"/>
        </w:rPr>
      </w:pPr>
    </w:p>
    <w:p w:rsidR="00311554" w:rsidP="00ED504B" w:rsidRDefault="00311554" w14:paraId="63F299C4" w14:textId="77777777">
      <w:pPr>
        <w:spacing w:after="0" w:line="240" w:lineRule="auto"/>
        <w:jc w:val="both"/>
        <w:rPr>
          <w:rFonts w:ascii="Roboto" w:hAnsi="Roboto" w:cstheme="majorHAnsi"/>
          <w:b/>
          <w:bCs/>
          <w:sz w:val="19"/>
          <w:szCs w:val="19"/>
          <w:lang w:val="fr-FR"/>
        </w:rPr>
      </w:pPr>
    </w:p>
    <w:p w:rsidR="00311554" w:rsidP="00ED504B" w:rsidRDefault="00311554" w14:paraId="7DD3996B" w14:textId="77777777">
      <w:pPr>
        <w:spacing w:after="0" w:line="240" w:lineRule="auto"/>
        <w:jc w:val="both"/>
        <w:rPr>
          <w:rFonts w:ascii="Roboto" w:hAnsi="Roboto" w:cstheme="majorHAnsi"/>
          <w:b/>
          <w:bCs/>
          <w:sz w:val="19"/>
          <w:szCs w:val="19"/>
          <w:lang w:val="fr-FR"/>
        </w:rPr>
      </w:pPr>
    </w:p>
    <w:p w:rsidR="00311554" w:rsidP="00ED504B" w:rsidRDefault="00311554" w14:paraId="6BB42B8C" w14:textId="77777777">
      <w:pPr>
        <w:spacing w:after="0" w:line="240" w:lineRule="auto"/>
        <w:jc w:val="both"/>
        <w:rPr>
          <w:rFonts w:ascii="Roboto" w:hAnsi="Roboto" w:cstheme="majorHAnsi"/>
          <w:b/>
          <w:bCs/>
          <w:sz w:val="19"/>
          <w:szCs w:val="19"/>
          <w:lang w:val="fr-FR"/>
        </w:rPr>
      </w:pPr>
    </w:p>
    <w:p w:rsidR="00311554" w:rsidP="00ED504B" w:rsidRDefault="00311554" w14:paraId="281269D7" w14:textId="77777777">
      <w:pPr>
        <w:spacing w:after="0" w:line="240" w:lineRule="auto"/>
        <w:jc w:val="both"/>
        <w:rPr>
          <w:rFonts w:ascii="Roboto" w:hAnsi="Roboto" w:cstheme="majorHAnsi"/>
          <w:b/>
          <w:bCs/>
          <w:sz w:val="19"/>
          <w:szCs w:val="19"/>
          <w:lang w:val="fr-FR"/>
        </w:rPr>
      </w:pPr>
    </w:p>
    <w:p w:rsidR="00311554" w:rsidP="00ED504B" w:rsidRDefault="00311554" w14:paraId="0AE56F14" w14:textId="77777777">
      <w:pPr>
        <w:spacing w:after="0" w:line="240" w:lineRule="auto"/>
        <w:jc w:val="both"/>
        <w:rPr>
          <w:rFonts w:ascii="Roboto" w:hAnsi="Roboto" w:cstheme="majorHAnsi"/>
          <w:b/>
          <w:bCs/>
          <w:sz w:val="19"/>
          <w:szCs w:val="19"/>
          <w:lang w:val="fr-FR"/>
        </w:rPr>
      </w:pPr>
    </w:p>
    <w:p w:rsidR="00311554" w:rsidP="00ED504B" w:rsidRDefault="00311554" w14:paraId="08B0410F" w14:textId="77777777">
      <w:pPr>
        <w:spacing w:after="0" w:line="240" w:lineRule="auto"/>
        <w:jc w:val="both"/>
        <w:rPr>
          <w:rFonts w:ascii="Roboto" w:hAnsi="Roboto" w:cstheme="majorHAnsi"/>
          <w:b/>
          <w:bCs/>
          <w:sz w:val="19"/>
          <w:szCs w:val="19"/>
          <w:lang w:val="fr-FR"/>
        </w:rPr>
      </w:pPr>
    </w:p>
    <w:p w:rsidR="00311554" w:rsidP="00ED504B" w:rsidRDefault="00311554" w14:paraId="181B5215" w14:textId="77777777">
      <w:pPr>
        <w:spacing w:after="0" w:line="240" w:lineRule="auto"/>
        <w:jc w:val="both"/>
        <w:rPr>
          <w:rFonts w:ascii="Roboto" w:hAnsi="Roboto" w:cstheme="majorHAnsi"/>
          <w:b/>
          <w:bCs/>
          <w:sz w:val="19"/>
          <w:szCs w:val="19"/>
          <w:lang w:val="fr-FR"/>
        </w:rPr>
      </w:pPr>
    </w:p>
    <w:p w:rsidR="00311554" w:rsidP="00ED504B" w:rsidRDefault="00311554" w14:paraId="15336460" w14:textId="77777777">
      <w:pPr>
        <w:spacing w:after="0" w:line="240" w:lineRule="auto"/>
        <w:jc w:val="both"/>
        <w:rPr>
          <w:rFonts w:ascii="Roboto" w:hAnsi="Roboto" w:cstheme="majorHAnsi"/>
          <w:b/>
          <w:bCs/>
          <w:sz w:val="19"/>
          <w:szCs w:val="19"/>
          <w:lang w:val="fr-FR"/>
        </w:rPr>
      </w:pPr>
    </w:p>
    <w:p w:rsidR="00311554" w:rsidP="00ED504B" w:rsidRDefault="00311554" w14:paraId="2B90CE4D" w14:textId="77777777">
      <w:pPr>
        <w:spacing w:after="0" w:line="240" w:lineRule="auto"/>
        <w:jc w:val="both"/>
        <w:rPr>
          <w:rFonts w:ascii="Roboto" w:hAnsi="Roboto" w:cstheme="majorHAnsi"/>
          <w:b/>
          <w:bCs/>
          <w:sz w:val="19"/>
          <w:szCs w:val="19"/>
          <w:lang w:val="fr-FR"/>
        </w:rPr>
      </w:pPr>
    </w:p>
    <w:p w:rsidR="00311554" w:rsidP="00ED504B" w:rsidRDefault="00311554" w14:paraId="5C546258" w14:textId="77777777">
      <w:pPr>
        <w:spacing w:after="0" w:line="240" w:lineRule="auto"/>
        <w:jc w:val="both"/>
        <w:rPr>
          <w:rFonts w:ascii="Roboto" w:hAnsi="Roboto" w:cstheme="majorHAnsi"/>
          <w:b/>
          <w:bCs/>
          <w:sz w:val="19"/>
          <w:szCs w:val="19"/>
          <w:lang w:val="fr-FR"/>
        </w:rPr>
      </w:pPr>
    </w:p>
    <w:p w:rsidR="00311554" w:rsidP="00ED504B" w:rsidRDefault="00311554" w14:paraId="394D10FA" w14:textId="77777777">
      <w:pPr>
        <w:spacing w:after="0" w:line="240" w:lineRule="auto"/>
        <w:jc w:val="both"/>
        <w:rPr>
          <w:rFonts w:ascii="Roboto" w:hAnsi="Roboto" w:cstheme="majorHAnsi"/>
          <w:b/>
          <w:bCs/>
          <w:sz w:val="19"/>
          <w:szCs w:val="19"/>
          <w:lang w:val="fr-FR"/>
        </w:rPr>
      </w:pPr>
    </w:p>
    <w:p w:rsidR="00311554" w:rsidP="00ED504B" w:rsidRDefault="00311554" w14:paraId="4420A1C7" w14:textId="77777777">
      <w:pPr>
        <w:spacing w:after="0" w:line="240" w:lineRule="auto"/>
        <w:jc w:val="both"/>
        <w:rPr>
          <w:rFonts w:ascii="Roboto" w:hAnsi="Roboto" w:cstheme="majorHAnsi"/>
          <w:b/>
          <w:bCs/>
          <w:sz w:val="19"/>
          <w:szCs w:val="19"/>
          <w:lang w:val="fr-FR"/>
        </w:rPr>
      </w:pPr>
    </w:p>
    <w:p w:rsidR="00311554" w:rsidP="00ED504B" w:rsidRDefault="00311554" w14:paraId="01A459E4" w14:textId="77777777">
      <w:pPr>
        <w:spacing w:after="0" w:line="240" w:lineRule="auto"/>
        <w:jc w:val="both"/>
        <w:rPr>
          <w:rFonts w:ascii="Roboto" w:hAnsi="Roboto" w:cstheme="majorHAnsi"/>
          <w:b/>
          <w:bCs/>
          <w:sz w:val="19"/>
          <w:szCs w:val="19"/>
          <w:lang w:val="fr-FR"/>
        </w:rPr>
      </w:pPr>
    </w:p>
    <w:p w:rsidR="00311554" w:rsidP="00ED504B" w:rsidRDefault="00311554" w14:paraId="76E3483B" w14:textId="77777777">
      <w:pPr>
        <w:spacing w:after="0" w:line="240" w:lineRule="auto"/>
        <w:jc w:val="both"/>
        <w:rPr>
          <w:rFonts w:ascii="Roboto" w:hAnsi="Roboto" w:cstheme="majorHAnsi"/>
          <w:b/>
          <w:bCs/>
          <w:sz w:val="19"/>
          <w:szCs w:val="19"/>
          <w:lang w:val="fr-FR"/>
        </w:rPr>
      </w:pPr>
    </w:p>
    <w:p w:rsidRPr="00D140B5" w:rsidR="00D270FF" w:rsidP="00ED504B" w:rsidRDefault="00DC4BC2" w14:paraId="0E3704A8" w14:textId="191933C2">
      <w:pPr>
        <w:spacing w:after="0" w:line="240" w:lineRule="auto"/>
        <w:jc w:val="both"/>
        <w:rPr>
          <w:rFonts w:ascii="Roboto" w:hAnsi="Roboto" w:cstheme="majorHAnsi"/>
          <w:b/>
          <w:bCs/>
          <w:sz w:val="19"/>
          <w:szCs w:val="19"/>
          <w:lang w:val="fr-FR"/>
        </w:rPr>
      </w:pPr>
      <w:r w:rsidRPr="00D140B5">
        <w:rPr>
          <w:rFonts w:ascii="Roboto" w:hAnsi="Roboto" w:cstheme="majorHAnsi"/>
          <w:b/>
          <w:bCs/>
          <w:sz w:val="19"/>
          <w:szCs w:val="19"/>
          <w:lang w:val="fr-FR"/>
        </w:rPr>
        <w:t>ANNEXE 3. Politique de traçabilité et cookies</w:t>
      </w:r>
    </w:p>
    <w:p w:rsidRPr="00D140B5" w:rsidR="00ED504B" w:rsidP="00ED504B" w:rsidRDefault="00ED504B" w14:paraId="60364506" w14:textId="77777777">
      <w:pPr>
        <w:spacing w:after="0" w:line="240" w:lineRule="auto"/>
        <w:jc w:val="both"/>
        <w:rPr>
          <w:rFonts w:ascii="Roboto" w:hAnsi="Roboto" w:cstheme="majorHAnsi"/>
          <w:sz w:val="19"/>
          <w:szCs w:val="19"/>
          <w:lang w:val="fr-FR"/>
        </w:rPr>
      </w:pPr>
    </w:p>
    <w:p w:rsidRPr="00D140B5" w:rsidR="00D140B5" w:rsidP="00D140B5" w:rsidRDefault="00D140B5" w14:paraId="4CCF5934"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La société</w:t>
      </w:r>
      <w:r w:rsidRPr="00D140B5">
        <w:rPr>
          <w:rFonts w:ascii="Times New Roman" w:hAnsi="Times New Roman" w:cs="Times New Roman"/>
          <w:sz w:val="19"/>
          <w:szCs w:val="19"/>
          <w:lang w:val="fr-FR"/>
        </w:rPr>
        <w:t> </w:t>
      </w:r>
      <w:r w:rsidRPr="00D140B5">
        <w:rPr>
          <w:rFonts w:ascii="Roboto" w:hAnsi="Roboto" w:cstheme="majorHAnsi"/>
          <w:sz w:val="19"/>
          <w:szCs w:val="19"/>
          <w:lang w:val="fr-FR"/>
        </w:rPr>
        <w:t>Angers Loire Tourisme Expos Congr</w:t>
      </w:r>
      <w:r w:rsidRPr="00D140B5">
        <w:rPr>
          <w:rFonts w:ascii="Roboto" w:hAnsi="Roboto" w:cs="Roboto"/>
          <w:sz w:val="19"/>
          <w:szCs w:val="19"/>
          <w:lang w:val="fr-FR"/>
        </w:rPr>
        <w:t>è</w:t>
      </w:r>
      <w:r w:rsidRPr="00D140B5">
        <w:rPr>
          <w:rFonts w:ascii="Roboto" w:hAnsi="Roboto" w:cstheme="majorHAnsi"/>
          <w:sz w:val="19"/>
          <w:szCs w:val="19"/>
          <w:lang w:val="fr-FR"/>
        </w:rPr>
        <w:t xml:space="preserve">s </w:t>
      </w:r>
      <w:r w:rsidRPr="00D140B5">
        <w:rPr>
          <w:rFonts w:ascii="Roboto" w:hAnsi="Roboto" w:cs="Roboto"/>
          <w:sz w:val="19"/>
          <w:szCs w:val="19"/>
          <w:lang w:val="fr-FR"/>
        </w:rPr>
        <w:t>–</w:t>
      </w:r>
      <w:r w:rsidRPr="00D140B5">
        <w:rPr>
          <w:rFonts w:ascii="Roboto" w:hAnsi="Roboto" w:cstheme="majorHAnsi"/>
          <w:sz w:val="19"/>
          <w:szCs w:val="19"/>
          <w:lang w:val="fr-FR"/>
        </w:rPr>
        <w:t xml:space="preserve"> ALTEC, soci</w:t>
      </w:r>
      <w:r w:rsidRPr="00D140B5">
        <w:rPr>
          <w:rFonts w:ascii="Roboto" w:hAnsi="Roboto" w:cs="Roboto"/>
          <w:sz w:val="19"/>
          <w:szCs w:val="19"/>
          <w:lang w:val="fr-FR"/>
        </w:rPr>
        <w:t>é</w:t>
      </w:r>
      <w:r w:rsidRPr="00D140B5">
        <w:rPr>
          <w:rFonts w:ascii="Roboto" w:hAnsi="Roboto" w:cstheme="majorHAnsi"/>
          <w:sz w:val="19"/>
          <w:szCs w:val="19"/>
          <w:lang w:val="fr-FR"/>
        </w:rPr>
        <w:t>t</w:t>
      </w:r>
      <w:r w:rsidRPr="00D140B5">
        <w:rPr>
          <w:rFonts w:ascii="Roboto" w:hAnsi="Roboto" w:cs="Roboto"/>
          <w:sz w:val="19"/>
          <w:szCs w:val="19"/>
          <w:lang w:val="fr-FR"/>
        </w:rPr>
        <w:t>é</w:t>
      </w:r>
      <w:r w:rsidRPr="00D140B5">
        <w:rPr>
          <w:rFonts w:ascii="Roboto" w:hAnsi="Roboto" w:cstheme="majorHAnsi"/>
          <w:sz w:val="19"/>
          <w:szCs w:val="19"/>
          <w:lang w:val="fr-FR"/>
        </w:rPr>
        <w:t xml:space="preserve"> publique locale au capital de 1</w:t>
      </w:r>
      <w:r w:rsidRPr="00D140B5">
        <w:rPr>
          <w:rFonts w:ascii="Times New Roman" w:hAnsi="Times New Roman" w:cs="Times New Roman"/>
          <w:sz w:val="19"/>
          <w:szCs w:val="19"/>
          <w:lang w:val="fr-FR"/>
        </w:rPr>
        <w:t> </w:t>
      </w:r>
      <w:r w:rsidRPr="00D140B5">
        <w:rPr>
          <w:rFonts w:ascii="Roboto" w:hAnsi="Roboto" w:cstheme="majorHAnsi"/>
          <w:sz w:val="19"/>
          <w:szCs w:val="19"/>
          <w:lang w:val="fr-FR"/>
        </w:rPr>
        <w:t>500 000 Euros, immatricul</w:t>
      </w:r>
      <w:r w:rsidRPr="00D140B5">
        <w:rPr>
          <w:rFonts w:ascii="Roboto" w:hAnsi="Roboto" w:cs="Roboto"/>
          <w:sz w:val="19"/>
          <w:szCs w:val="19"/>
          <w:lang w:val="fr-FR"/>
        </w:rPr>
        <w:t>é</w:t>
      </w:r>
      <w:r w:rsidRPr="00D140B5">
        <w:rPr>
          <w:rFonts w:ascii="Roboto" w:hAnsi="Roboto" w:cstheme="majorHAnsi"/>
          <w:sz w:val="19"/>
          <w:szCs w:val="19"/>
          <w:lang w:val="fr-FR"/>
        </w:rPr>
        <w:t>e au Registre du commerce et des soci</w:t>
      </w:r>
      <w:r w:rsidRPr="00D140B5">
        <w:rPr>
          <w:rFonts w:ascii="Roboto" w:hAnsi="Roboto" w:cs="Roboto"/>
          <w:sz w:val="19"/>
          <w:szCs w:val="19"/>
          <w:lang w:val="fr-FR"/>
        </w:rPr>
        <w:t>é</w:t>
      </w:r>
      <w:r w:rsidRPr="00D140B5">
        <w:rPr>
          <w:rFonts w:ascii="Roboto" w:hAnsi="Roboto" w:cstheme="majorHAnsi"/>
          <w:sz w:val="19"/>
          <w:szCs w:val="19"/>
          <w:lang w:val="fr-FR"/>
        </w:rPr>
        <w:t>t</w:t>
      </w:r>
      <w:r w:rsidRPr="00D140B5">
        <w:rPr>
          <w:rFonts w:ascii="Roboto" w:hAnsi="Roboto" w:cs="Roboto"/>
          <w:sz w:val="19"/>
          <w:szCs w:val="19"/>
          <w:lang w:val="fr-FR"/>
        </w:rPr>
        <w:t>é</w:t>
      </w:r>
      <w:r w:rsidRPr="00D140B5">
        <w:rPr>
          <w:rFonts w:ascii="Roboto" w:hAnsi="Roboto" w:cstheme="majorHAnsi"/>
          <w:sz w:val="19"/>
          <w:szCs w:val="19"/>
          <w:lang w:val="fr-FR"/>
        </w:rPr>
        <w:t>s d</w:t>
      </w:r>
      <w:r w:rsidRPr="00D140B5">
        <w:rPr>
          <w:rFonts w:ascii="Roboto" w:hAnsi="Roboto" w:cs="Roboto"/>
          <w:sz w:val="19"/>
          <w:szCs w:val="19"/>
          <w:lang w:val="fr-FR"/>
        </w:rPr>
        <w:t>’</w:t>
      </w:r>
      <w:r w:rsidRPr="00D140B5">
        <w:rPr>
          <w:rFonts w:ascii="Roboto" w:hAnsi="Roboto" w:cstheme="majorHAnsi"/>
          <w:sz w:val="19"/>
          <w:szCs w:val="19"/>
          <w:lang w:val="fr-FR"/>
        </w:rPr>
        <w:t>Angers</w:t>
      </w:r>
      <w:r w:rsidRPr="00D140B5">
        <w:rPr>
          <w:rFonts w:ascii="Roboto" w:hAnsi="Roboto" w:cs="Roboto"/>
          <w:sz w:val="19"/>
          <w:szCs w:val="19"/>
          <w:lang w:val="fr-FR"/>
        </w:rPr>
        <w:t> </w:t>
      </w:r>
      <w:r w:rsidRPr="00D140B5">
        <w:rPr>
          <w:rFonts w:ascii="Roboto" w:hAnsi="Roboto" w:cstheme="majorHAnsi"/>
          <w:sz w:val="19"/>
          <w:szCs w:val="19"/>
          <w:lang w:val="fr-FR"/>
        </w:rPr>
        <w:t>sous le num</w:t>
      </w:r>
      <w:r w:rsidRPr="00D140B5">
        <w:rPr>
          <w:rFonts w:ascii="Roboto" w:hAnsi="Roboto" w:cs="Roboto"/>
          <w:sz w:val="19"/>
          <w:szCs w:val="19"/>
          <w:lang w:val="fr-FR"/>
        </w:rPr>
        <w:t>é</w:t>
      </w:r>
      <w:r w:rsidRPr="00D140B5">
        <w:rPr>
          <w:rFonts w:ascii="Roboto" w:hAnsi="Roboto" w:cstheme="majorHAnsi"/>
          <w:sz w:val="19"/>
          <w:szCs w:val="19"/>
          <w:lang w:val="fr-FR"/>
        </w:rPr>
        <w:t>ro 830</w:t>
      </w:r>
      <w:r w:rsidRPr="00D140B5">
        <w:rPr>
          <w:rFonts w:ascii="Times New Roman" w:hAnsi="Times New Roman" w:cs="Times New Roman"/>
          <w:sz w:val="19"/>
          <w:szCs w:val="19"/>
          <w:lang w:val="fr-FR"/>
        </w:rPr>
        <w:t> </w:t>
      </w:r>
      <w:r w:rsidRPr="00D140B5">
        <w:rPr>
          <w:rFonts w:ascii="Roboto" w:hAnsi="Roboto" w:cstheme="majorHAnsi"/>
          <w:sz w:val="19"/>
          <w:szCs w:val="19"/>
          <w:lang w:val="fr-FR"/>
        </w:rPr>
        <w:t>955 068, dont le si</w:t>
      </w:r>
      <w:r w:rsidRPr="00D140B5">
        <w:rPr>
          <w:rFonts w:ascii="Roboto" w:hAnsi="Roboto" w:cs="Roboto"/>
          <w:sz w:val="19"/>
          <w:szCs w:val="19"/>
          <w:lang w:val="fr-FR"/>
        </w:rPr>
        <w:t>è</w:t>
      </w:r>
      <w:r w:rsidRPr="00D140B5">
        <w:rPr>
          <w:rFonts w:ascii="Roboto" w:hAnsi="Roboto" w:cstheme="majorHAnsi"/>
          <w:sz w:val="19"/>
          <w:szCs w:val="19"/>
          <w:lang w:val="fr-FR"/>
        </w:rPr>
        <w:t xml:space="preserve">ge social se situe 7 Place Kennedy </w:t>
      </w:r>
      <w:r w:rsidRPr="00D140B5">
        <w:rPr>
          <w:rFonts w:ascii="Roboto" w:hAnsi="Roboto" w:cs="Roboto"/>
          <w:sz w:val="19"/>
          <w:szCs w:val="19"/>
          <w:lang w:val="fr-FR"/>
        </w:rPr>
        <w:t>à</w:t>
      </w:r>
      <w:r w:rsidRPr="00D140B5">
        <w:rPr>
          <w:rFonts w:ascii="Roboto" w:hAnsi="Roboto" w:cstheme="majorHAnsi"/>
          <w:sz w:val="19"/>
          <w:szCs w:val="19"/>
          <w:lang w:val="fr-FR"/>
        </w:rPr>
        <w:t xml:space="preserve"> Angers (49051) (ci-apr</w:t>
      </w:r>
      <w:r w:rsidRPr="00D140B5">
        <w:rPr>
          <w:rFonts w:ascii="Roboto" w:hAnsi="Roboto" w:cs="Roboto"/>
          <w:sz w:val="19"/>
          <w:szCs w:val="19"/>
          <w:lang w:val="fr-FR"/>
        </w:rPr>
        <w:t>è</w:t>
      </w:r>
      <w:r w:rsidRPr="00D140B5">
        <w:rPr>
          <w:rFonts w:ascii="Roboto" w:hAnsi="Roboto" w:cstheme="majorHAnsi"/>
          <w:sz w:val="19"/>
          <w:szCs w:val="19"/>
          <w:lang w:val="fr-FR"/>
        </w:rPr>
        <w:t xml:space="preserve">s notre </w:t>
      </w:r>
      <w:r w:rsidRPr="00D140B5">
        <w:rPr>
          <w:rFonts w:ascii="Roboto" w:hAnsi="Roboto" w:cs="Roboto"/>
          <w:sz w:val="19"/>
          <w:szCs w:val="19"/>
          <w:lang w:val="fr-FR"/>
        </w:rPr>
        <w:t>«</w:t>
      </w:r>
      <w:r w:rsidRPr="00D140B5">
        <w:rPr>
          <w:rFonts w:ascii="Times New Roman" w:hAnsi="Times New Roman" w:cs="Times New Roman"/>
          <w:sz w:val="19"/>
          <w:szCs w:val="19"/>
          <w:lang w:val="fr-FR"/>
        </w:rPr>
        <w:t> </w:t>
      </w:r>
      <w:r w:rsidRPr="00D140B5">
        <w:rPr>
          <w:rFonts w:ascii="Roboto" w:hAnsi="Roboto" w:cstheme="majorHAnsi"/>
          <w:b/>
          <w:bCs/>
          <w:sz w:val="19"/>
          <w:szCs w:val="19"/>
          <w:lang w:val="fr-FR"/>
        </w:rPr>
        <w:t>Société</w:t>
      </w:r>
      <w:r w:rsidRPr="00D140B5">
        <w:rPr>
          <w:rFonts w:ascii="Times New Roman" w:hAnsi="Times New Roman" w:cs="Times New Roman"/>
          <w:sz w:val="19"/>
          <w:szCs w:val="19"/>
          <w:lang w:val="fr-FR"/>
        </w:rPr>
        <w:t> </w:t>
      </w:r>
      <w:r w:rsidRPr="00D140B5">
        <w:rPr>
          <w:rFonts w:ascii="Roboto" w:hAnsi="Roboto" w:cstheme="majorHAnsi"/>
          <w:sz w:val="19"/>
          <w:szCs w:val="19"/>
          <w:lang w:val="fr-FR"/>
        </w:rPr>
        <w:t>»), en sa qualité de responsable de traitement, est susceptible d’utiliser la technique des Cookies ou toute autre technique assimilée ou similaire sur son site internet </w:t>
      </w:r>
      <w:hyperlink w:tgtFrame="_blank" w:history="1" r:id="rId15">
        <w:r w:rsidRPr="00D140B5">
          <w:rPr>
            <w:rStyle w:val="Lienhypertexte"/>
            <w:rFonts w:ascii="Roboto" w:hAnsi="Roboto" w:cstheme="majorHAnsi"/>
            <w:sz w:val="19"/>
            <w:szCs w:val="19"/>
            <w:lang w:val="fr-FR"/>
          </w:rPr>
          <w:t>https://boutique.destination-angers.com</w:t>
        </w:r>
      </w:hyperlink>
      <w:r w:rsidRPr="00D140B5">
        <w:rPr>
          <w:rFonts w:ascii="Roboto" w:hAnsi="Roboto" w:cstheme="majorHAnsi"/>
          <w:sz w:val="19"/>
          <w:szCs w:val="19"/>
          <w:lang w:val="fr-FR"/>
        </w:rPr>
        <w:t> (ci-après le «</w:t>
      </w:r>
      <w:r w:rsidRPr="00D140B5">
        <w:rPr>
          <w:rFonts w:ascii="Times New Roman" w:hAnsi="Times New Roman" w:cs="Times New Roman"/>
          <w:sz w:val="19"/>
          <w:szCs w:val="19"/>
          <w:lang w:val="fr-FR"/>
        </w:rPr>
        <w:t> </w:t>
      </w:r>
      <w:r w:rsidRPr="00D140B5">
        <w:rPr>
          <w:rFonts w:ascii="Roboto" w:hAnsi="Roboto" w:cstheme="majorHAnsi"/>
          <w:b/>
          <w:bCs/>
          <w:sz w:val="19"/>
          <w:szCs w:val="19"/>
          <w:lang w:val="fr-FR"/>
        </w:rPr>
        <w:t>Site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 permettant de retracer la navigation des utilisateurs. </w:t>
      </w:r>
    </w:p>
    <w:p w:rsidRPr="00D140B5" w:rsidR="00D140B5" w:rsidP="00D140B5" w:rsidRDefault="00D140B5" w14:paraId="499DFDC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Cookies susceptibles d'être déposés sur le Site sont listés ci-dessous : </w:t>
      </w:r>
    </w:p>
    <w:p w:rsidRPr="00D140B5" w:rsidR="00D140B5" w:rsidP="004D210C" w:rsidRDefault="00D140B5" w14:paraId="4D1D9CA0" w14:textId="77777777">
      <w:pPr>
        <w:numPr>
          <w:ilvl w:val="0"/>
          <w:numId w:val="12"/>
        </w:numPr>
        <w:spacing w:after="0" w:line="240" w:lineRule="auto"/>
        <w:jc w:val="both"/>
        <w:rPr>
          <w:rFonts w:ascii="Roboto" w:hAnsi="Roboto" w:cstheme="majorHAnsi"/>
          <w:sz w:val="19"/>
          <w:szCs w:val="19"/>
          <w:lang w:val="fr-FR"/>
        </w:rPr>
      </w:pPr>
      <w:r w:rsidRPr="00D140B5">
        <w:rPr>
          <w:rFonts w:ascii="Roboto" w:hAnsi="Roboto" w:cstheme="majorHAnsi"/>
          <w:b/>
          <w:bCs/>
          <w:sz w:val="19"/>
          <w:szCs w:val="19"/>
          <w:lang w:val="fr-FR"/>
        </w:rPr>
        <w:t>Les Cookies techniques strictement nécessaires</w:t>
      </w:r>
      <w:r w:rsidRPr="00D140B5">
        <w:rPr>
          <w:rFonts w:ascii="Times New Roman" w:hAnsi="Times New Roman" w:cs="Times New Roman"/>
          <w:sz w:val="19"/>
          <w:szCs w:val="19"/>
          <w:lang w:val="fr-FR"/>
        </w:rPr>
        <w:t> </w:t>
      </w:r>
      <w:r w:rsidRPr="00D140B5">
        <w:rPr>
          <w:rFonts w:ascii="Roboto" w:hAnsi="Roboto" w:cstheme="majorHAnsi"/>
          <w:sz w:val="19"/>
          <w:szCs w:val="19"/>
          <w:lang w:val="fr-FR"/>
        </w:rPr>
        <w:t>  </w:t>
      </w:r>
    </w:p>
    <w:p w:rsidRPr="00D140B5" w:rsidR="00D140B5" w:rsidP="00D140B5" w:rsidRDefault="00D140B5" w14:paraId="040E7E18"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Ces Cookies sont nécessaires au fonctionnement du Site. Sans ces Cookies, l’utilisateur ne peut pas utiliser le Site normalement. </w:t>
      </w:r>
    </w:p>
    <w:p w:rsidRPr="00D140B5" w:rsidR="00D140B5" w:rsidP="00D140B5" w:rsidRDefault="00D140B5" w14:paraId="3B081BA3"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A titre d’exemple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 xml:space="preserve">: cookies pour l'authentification des utilisateurs </w:t>
      </w:r>
      <w:r w:rsidRPr="00D140B5">
        <w:rPr>
          <w:rFonts w:ascii="Roboto" w:hAnsi="Roboto" w:cs="Roboto"/>
          <w:sz w:val="19"/>
          <w:szCs w:val="19"/>
          <w:lang w:val="fr-FR"/>
        </w:rPr>
        <w:t>à</w:t>
      </w:r>
      <w:r w:rsidRPr="00D140B5">
        <w:rPr>
          <w:rFonts w:ascii="Roboto" w:hAnsi="Roboto" w:cstheme="majorHAnsi"/>
          <w:sz w:val="19"/>
          <w:szCs w:val="19"/>
          <w:lang w:val="fr-FR"/>
        </w:rPr>
        <w:t xml:space="preserve"> leur compte personnel (dont le contenu est r</w:t>
      </w:r>
      <w:r w:rsidRPr="00D140B5">
        <w:rPr>
          <w:rFonts w:ascii="Roboto" w:hAnsi="Roboto" w:cs="Roboto"/>
          <w:sz w:val="19"/>
          <w:szCs w:val="19"/>
          <w:lang w:val="fr-FR"/>
        </w:rPr>
        <w:t>é</w:t>
      </w:r>
      <w:r w:rsidRPr="00D140B5">
        <w:rPr>
          <w:rFonts w:ascii="Roboto" w:hAnsi="Roboto" w:cstheme="majorHAnsi"/>
          <w:sz w:val="19"/>
          <w:szCs w:val="19"/>
          <w:lang w:val="fr-FR"/>
        </w:rPr>
        <w:t>vocable et n'a qu'une l</w:t>
      </w:r>
      <w:r w:rsidRPr="00D140B5">
        <w:rPr>
          <w:rFonts w:ascii="Roboto" w:hAnsi="Roboto" w:cs="Roboto"/>
          <w:sz w:val="19"/>
          <w:szCs w:val="19"/>
          <w:lang w:val="fr-FR"/>
        </w:rPr>
        <w:t>é</w:t>
      </w:r>
      <w:r w:rsidRPr="00D140B5">
        <w:rPr>
          <w:rFonts w:ascii="Roboto" w:hAnsi="Roboto" w:cstheme="majorHAnsi"/>
          <w:sz w:val="19"/>
          <w:szCs w:val="19"/>
          <w:lang w:val="fr-FR"/>
        </w:rPr>
        <w:t>gitimit</w:t>
      </w:r>
      <w:r w:rsidRPr="00D140B5">
        <w:rPr>
          <w:rFonts w:ascii="Roboto" w:hAnsi="Roboto" w:cs="Roboto"/>
          <w:sz w:val="19"/>
          <w:szCs w:val="19"/>
          <w:lang w:val="fr-FR"/>
        </w:rPr>
        <w:t>é</w:t>
      </w:r>
      <w:r w:rsidRPr="00D140B5">
        <w:rPr>
          <w:rFonts w:ascii="Roboto" w:hAnsi="Roboto" w:cstheme="majorHAnsi"/>
          <w:sz w:val="19"/>
          <w:szCs w:val="19"/>
          <w:lang w:val="fr-FR"/>
        </w:rPr>
        <w:t xml:space="preserve"> temporaire). Ces Cookies requi</w:t>
      </w:r>
      <w:r w:rsidRPr="00D140B5">
        <w:rPr>
          <w:rFonts w:ascii="Roboto" w:hAnsi="Roboto" w:cs="Roboto"/>
          <w:sz w:val="19"/>
          <w:szCs w:val="19"/>
          <w:lang w:val="fr-FR"/>
        </w:rPr>
        <w:t>è</w:t>
      </w:r>
      <w:r w:rsidRPr="00D140B5">
        <w:rPr>
          <w:rFonts w:ascii="Roboto" w:hAnsi="Roboto" w:cstheme="majorHAnsi"/>
          <w:sz w:val="19"/>
          <w:szCs w:val="19"/>
          <w:lang w:val="fr-FR"/>
        </w:rPr>
        <w:t>rent uniquement une information de l</w:t>
      </w:r>
      <w:r w:rsidRPr="00D140B5">
        <w:rPr>
          <w:rFonts w:ascii="Roboto" w:hAnsi="Roboto" w:cs="Roboto"/>
          <w:sz w:val="19"/>
          <w:szCs w:val="19"/>
          <w:lang w:val="fr-FR"/>
        </w:rPr>
        <w:t>’</w:t>
      </w:r>
      <w:r w:rsidRPr="00D140B5">
        <w:rPr>
          <w:rFonts w:ascii="Roboto" w:hAnsi="Roboto" w:cstheme="majorHAnsi"/>
          <w:sz w:val="19"/>
          <w:szCs w:val="19"/>
          <w:lang w:val="fr-FR"/>
        </w:rPr>
        <w:t xml:space="preserve">utilisateur pour </w:t>
      </w:r>
      <w:r w:rsidRPr="00D140B5">
        <w:rPr>
          <w:rFonts w:ascii="Roboto" w:hAnsi="Roboto" w:cs="Roboto"/>
          <w:sz w:val="19"/>
          <w:szCs w:val="19"/>
          <w:lang w:val="fr-FR"/>
        </w:rPr>
        <w:t>ê</w:t>
      </w:r>
      <w:r w:rsidRPr="00D140B5">
        <w:rPr>
          <w:rFonts w:ascii="Roboto" w:hAnsi="Roboto" w:cstheme="majorHAnsi"/>
          <w:sz w:val="19"/>
          <w:szCs w:val="19"/>
          <w:lang w:val="fr-FR"/>
        </w:rPr>
        <w:t>tre d</w:t>
      </w:r>
      <w:r w:rsidRPr="00D140B5">
        <w:rPr>
          <w:rFonts w:ascii="Roboto" w:hAnsi="Roboto" w:cs="Roboto"/>
          <w:sz w:val="19"/>
          <w:szCs w:val="19"/>
          <w:lang w:val="fr-FR"/>
        </w:rPr>
        <w:t>é</w:t>
      </w:r>
      <w:r w:rsidRPr="00D140B5">
        <w:rPr>
          <w:rFonts w:ascii="Roboto" w:hAnsi="Roboto" w:cstheme="majorHAnsi"/>
          <w:sz w:val="19"/>
          <w:szCs w:val="19"/>
          <w:lang w:val="fr-FR"/>
        </w:rPr>
        <w:t>pos</w:t>
      </w:r>
      <w:r w:rsidRPr="00D140B5">
        <w:rPr>
          <w:rFonts w:ascii="Roboto" w:hAnsi="Roboto" w:cs="Roboto"/>
          <w:sz w:val="19"/>
          <w:szCs w:val="19"/>
          <w:lang w:val="fr-FR"/>
        </w:rPr>
        <w:t>é</w:t>
      </w:r>
      <w:r w:rsidRPr="00D140B5">
        <w:rPr>
          <w:rFonts w:ascii="Roboto" w:hAnsi="Roboto" w:cstheme="majorHAnsi"/>
          <w:sz w:val="19"/>
          <w:szCs w:val="19"/>
          <w:lang w:val="fr-FR"/>
        </w:rPr>
        <w:t>s sur le terminal de l</w:t>
      </w:r>
      <w:r w:rsidRPr="00D140B5">
        <w:rPr>
          <w:rFonts w:ascii="Roboto" w:hAnsi="Roboto" w:cs="Roboto"/>
          <w:sz w:val="19"/>
          <w:szCs w:val="19"/>
          <w:lang w:val="fr-FR"/>
        </w:rPr>
        <w:t>’</w:t>
      </w:r>
      <w:r w:rsidRPr="00D140B5">
        <w:rPr>
          <w:rFonts w:ascii="Roboto" w:hAnsi="Roboto" w:cstheme="majorHAnsi"/>
          <w:sz w:val="19"/>
          <w:szCs w:val="19"/>
          <w:lang w:val="fr-FR"/>
        </w:rPr>
        <w:t>utilisateur et n</w:t>
      </w:r>
      <w:r w:rsidRPr="00D140B5">
        <w:rPr>
          <w:rFonts w:ascii="Roboto" w:hAnsi="Roboto" w:cs="Roboto"/>
          <w:sz w:val="19"/>
          <w:szCs w:val="19"/>
          <w:lang w:val="fr-FR"/>
        </w:rPr>
        <w:t>’</w:t>
      </w:r>
      <w:r w:rsidRPr="00D140B5">
        <w:rPr>
          <w:rFonts w:ascii="Roboto" w:hAnsi="Roboto" w:cstheme="majorHAnsi"/>
          <w:sz w:val="19"/>
          <w:szCs w:val="19"/>
          <w:lang w:val="fr-FR"/>
        </w:rPr>
        <w:t>autorisent aucun suivi comportemental ou d</w:t>
      </w:r>
      <w:r w:rsidRPr="00D140B5">
        <w:rPr>
          <w:rFonts w:ascii="Roboto" w:hAnsi="Roboto" w:cs="Roboto"/>
          <w:sz w:val="19"/>
          <w:szCs w:val="19"/>
          <w:lang w:val="fr-FR"/>
        </w:rPr>
        <w:t>’</w:t>
      </w:r>
      <w:r w:rsidRPr="00D140B5">
        <w:rPr>
          <w:rFonts w:ascii="Roboto" w:hAnsi="Roboto" w:cstheme="majorHAnsi"/>
          <w:sz w:val="19"/>
          <w:szCs w:val="19"/>
          <w:lang w:val="fr-FR"/>
        </w:rPr>
        <w:t>identification.</w:t>
      </w:r>
      <w:r w:rsidRPr="00D140B5">
        <w:rPr>
          <w:rFonts w:ascii="Roboto" w:hAnsi="Roboto" w:cs="Roboto"/>
          <w:sz w:val="19"/>
          <w:szCs w:val="19"/>
          <w:lang w:val="fr-FR"/>
        </w:rPr>
        <w:t> </w:t>
      </w:r>
    </w:p>
    <w:p w:rsidRPr="00D140B5" w:rsidR="00D140B5" w:rsidP="004D210C" w:rsidRDefault="00D140B5" w14:paraId="4119098B" w14:textId="77777777">
      <w:pPr>
        <w:numPr>
          <w:ilvl w:val="0"/>
          <w:numId w:val="13"/>
        </w:numPr>
        <w:spacing w:after="0" w:line="240" w:lineRule="auto"/>
        <w:jc w:val="both"/>
        <w:rPr>
          <w:rFonts w:ascii="Roboto" w:hAnsi="Roboto" w:cstheme="majorHAnsi"/>
          <w:sz w:val="19"/>
          <w:szCs w:val="19"/>
          <w:lang w:val="fr-FR"/>
        </w:rPr>
      </w:pPr>
      <w:r w:rsidRPr="00D140B5">
        <w:rPr>
          <w:rFonts w:ascii="Roboto" w:hAnsi="Roboto" w:cstheme="majorHAnsi"/>
          <w:b/>
          <w:bCs/>
          <w:sz w:val="19"/>
          <w:szCs w:val="19"/>
          <w:lang w:val="fr-FR"/>
        </w:rPr>
        <w:t>Les Cookies de partage </w:t>
      </w:r>
      <w:r w:rsidRPr="00D140B5">
        <w:rPr>
          <w:rFonts w:ascii="Roboto" w:hAnsi="Roboto" w:cstheme="majorHAnsi"/>
          <w:sz w:val="19"/>
          <w:szCs w:val="19"/>
          <w:lang w:val="fr-FR"/>
        </w:rPr>
        <w:t> </w:t>
      </w:r>
    </w:p>
    <w:p w:rsidRPr="00D140B5" w:rsidR="00D140B5" w:rsidP="00D140B5" w:rsidRDefault="00D140B5" w14:paraId="788FDE5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Cookies de partage permettent à l’utilisateur du Site de sauvegarder et de partager du contenu sur les réseaux sociaux.</w:t>
      </w:r>
      <w:r w:rsidRPr="00D140B5">
        <w:rPr>
          <w:rFonts w:ascii="Times New Roman" w:hAnsi="Times New Roman" w:cs="Times New Roman"/>
          <w:sz w:val="19"/>
          <w:szCs w:val="19"/>
          <w:lang w:val="fr-FR"/>
        </w:rPr>
        <w:t> </w:t>
      </w:r>
      <w:r w:rsidRPr="00D140B5">
        <w:rPr>
          <w:rFonts w:ascii="Roboto" w:hAnsi="Roboto" w:cstheme="majorHAnsi"/>
          <w:sz w:val="19"/>
          <w:szCs w:val="19"/>
          <w:lang w:val="fr-FR"/>
        </w:rPr>
        <w:t>En acceptant ces cookies, l</w:t>
      </w:r>
      <w:r w:rsidRPr="00D140B5">
        <w:rPr>
          <w:rFonts w:ascii="Roboto" w:hAnsi="Roboto" w:cs="Roboto"/>
          <w:sz w:val="19"/>
          <w:szCs w:val="19"/>
          <w:lang w:val="fr-FR"/>
        </w:rPr>
        <w:t>’</w:t>
      </w:r>
      <w:r w:rsidRPr="00D140B5">
        <w:rPr>
          <w:rFonts w:ascii="Roboto" w:hAnsi="Roboto" w:cstheme="majorHAnsi"/>
          <w:sz w:val="19"/>
          <w:szCs w:val="19"/>
          <w:lang w:val="fr-FR"/>
        </w:rPr>
        <w:t>utilisateur peut utiliser les boutons de partage pr</w:t>
      </w:r>
      <w:r w:rsidRPr="00D140B5">
        <w:rPr>
          <w:rFonts w:ascii="Roboto" w:hAnsi="Roboto" w:cs="Roboto"/>
          <w:sz w:val="19"/>
          <w:szCs w:val="19"/>
          <w:lang w:val="fr-FR"/>
        </w:rPr>
        <w:t>é</w:t>
      </w:r>
      <w:r w:rsidRPr="00D140B5">
        <w:rPr>
          <w:rFonts w:ascii="Roboto" w:hAnsi="Roboto" w:cstheme="majorHAnsi"/>
          <w:sz w:val="19"/>
          <w:szCs w:val="19"/>
          <w:lang w:val="fr-FR"/>
        </w:rPr>
        <w:t>sent sur le Site. Si l</w:t>
      </w:r>
      <w:r w:rsidRPr="00D140B5">
        <w:rPr>
          <w:rFonts w:ascii="Roboto" w:hAnsi="Roboto" w:cs="Roboto"/>
          <w:sz w:val="19"/>
          <w:szCs w:val="19"/>
          <w:lang w:val="fr-FR"/>
        </w:rPr>
        <w:t>’</w:t>
      </w:r>
      <w:r w:rsidRPr="00D140B5">
        <w:rPr>
          <w:rFonts w:ascii="Roboto" w:hAnsi="Roboto" w:cstheme="majorHAnsi"/>
          <w:sz w:val="19"/>
          <w:szCs w:val="19"/>
          <w:lang w:val="fr-FR"/>
        </w:rPr>
        <w:t>utilisateur est connect</w:t>
      </w:r>
      <w:r w:rsidRPr="00D140B5">
        <w:rPr>
          <w:rFonts w:ascii="Roboto" w:hAnsi="Roboto" w:cs="Roboto"/>
          <w:sz w:val="19"/>
          <w:szCs w:val="19"/>
          <w:lang w:val="fr-FR"/>
        </w:rPr>
        <w:t>é</w:t>
      </w:r>
      <w:r w:rsidRPr="00D140B5">
        <w:rPr>
          <w:rFonts w:ascii="Roboto" w:hAnsi="Roboto" w:cstheme="majorHAnsi"/>
          <w:sz w:val="19"/>
          <w:szCs w:val="19"/>
          <w:lang w:val="fr-FR"/>
        </w:rPr>
        <w:t xml:space="preserve"> </w:t>
      </w:r>
      <w:r w:rsidRPr="00D140B5">
        <w:rPr>
          <w:rFonts w:ascii="Roboto" w:hAnsi="Roboto" w:cs="Roboto"/>
          <w:sz w:val="19"/>
          <w:szCs w:val="19"/>
          <w:lang w:val="fr-FR"/>
        </w:rPr>
        <w:t>à</w:t>
      </w:r>
      <w:r w:rsidRPr="00D140B5">
        <w:rPr>
          <w:rFonts w:ascii="Roboto" w:hAnsi="Roboto" w:cstheme="majorHAnsi"/>
          <w:sz w:val="19"/>
          <w:szCs w:val="19"/>
          <w:lang w:val="fr-FR"/>
        </w:rPr>
        <w:t xml:space="preserve"> un r</w:t>
      </w:r>
      <w:r w:rsidRPr="00D140B5">
        <w:rPr>
          <w:rFonts w:ascii="Roboto" w:hAnsi="Roboto" w:cs="Roboto"/>
          <w:sz w:val="19"/>
          <w:szCs w:val="19"/>
          <w:lang w:val="fr-FR"/>
        </w:rPr>
        <w:t>é</w:t>
      </w:r>
      <w:r w:rsidRPr="00D140B5">
        <w:rPr>
          <w:rFonts w:ascii="Roboto" w:hAnsi="Roboto" w:cstheme="majorHAnsi"/>
          <w:sz w:val="19"/>
          <w:szCs w:val="19"/>
          <w:lang w:val="fr-FR"/>
        </w:rPr>
        <w:t>seau social lors de sa navigation sur le Site, ces boutons lui permettent de relier les contenus du Site au compte auquel il est connect</w:t>
      </w:r>
      <w:r w:rsidRPr="00D140B5">
        <w:rPr>
          <w:rFonts w:ascii="Roboto" w:hAnsi="Roboto" w:cs="Roboto"/>
          <w:sz w:val="19"/>
          <w:szCs w:val="19"/>
          <w:lang w:val="fr-FR"/>
        </w:rPr>
        <w:t>é</w:t>
      </w:r>
      <w:r w:rsidRPr="00D140B5">
        <w:rPr>
          <w:rFonts w:ascii="Roboto" w:hAnsi="Roboto" w:cstheme="majorHAnsi"/>
          <w:sz w:val="19"/>
          <w:szCs w:val="19"/>
          <w:lang w:val="fr-FR"/>
        </w:rPr>
        <w:t xml:space="preserve"> sur les r</w:t>
      </w:r>
      <w:r w:rsidRPr="00D140B5">
        <w:rPr>
          <w:rFonts w:ascii="Roboto" w:hAnsi="Roboto" w:cs="Roboto"/>
          <w:sz w:val="19"/>
          <w:szCs w:val="19"/>
          <w:lang w:val="fr-FR"/>
        </w:rPr>
        <w:t>é</w:t>
      </w:r>
      <w:r w:rsidRPr="00D140B5">
        <w:rPr>
          <w:rFonts w:ascii="Roboto" w:hAnsi="Roboto" w:cstheme="majorHAnsi"/>
          <w:sz w:val="19"/>
          <w:szCs w:val="19"/>
          <w:lang w:val="fr-FR"/>
        </w:rPr>
        <w:t>seaux sociaux.</w:t>
      </w:r>
      <w:r w:rsidRPr="00D140B5">
        <w:rPr>
          <w:rFonts w:ascii="Roboto" w:hAnsi="Roboto" w:cs="Roboto"/>
          <w:sz w:val="19"/>
          <w:szCs w:val="19"/>
          <w:lang w:val="fr-FR"/>
        </w:rPr>
        <w:t> </w:t>
      </w:r>
    </w:p>
    <w:p w:rsidRPr="00D140B5" w:rsidR="00D140B5" w:rsidP="00D140B5" w:rsidRDefault="00D140B5" w14:paraId="4252202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 </w:t>
      </w:r>
    </w:p>
    <w:p w:rsidRPr="00D140B5" w:rsidR="00D140B5" w:rsidP="004D210C" w:rsidRDefault="00D140B5" w14:paraId="63A74829" w14:textId="77777777">
      <w:pPr>
        <w:numPr>
          <w:ilvl w:val="0"/>
          <w:numId w:val="14"/>
        </w:numPr>
        <w:spacing w:after="0" w:line="240" w:lineRule="auto"/>
        <w:jc w:val="both"/>
        <w:rPr>
          <w:rFonts w:ascii="Roboto" w:hAnsi="Roboto" w:cstheme="majorHAnsi"/>
          <w:sz w:val="19"/>
          <w:szCs w:val="19"/>
          <w:lang w:val="fr-FR"/>
        </w:rPr>
      </w:pPr>
      <w:r w:rsidRPr="00D140B5">
        <w:rPr>
          <w:rFonts w:ascii="Roboto" w:hAnsi="Roboto" w:cstheme="majorHAnsi"/>
          <w:b/>
          <w:bCs/>
          <w:sz w:val="19"/>
          <w:szCs w:val="19"/>
          <w:lang w:val="fr-FR"/>
        </w:rPr>
        <w:t>Les Cookies de mesure d’audience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 </w:t>
      </w:r>
    </w:p>
    <w:p w:rsidRPr="00D140B5" w:rsidR="00D140B5" w:rsidP="00D140B5" w:rsidRDefault="00D140B5" w14:paraId="23883340"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Cookies de mesure d’audience aident à établir des statistiques de fréquentation et d’utilisation des divers éléments composant le Site. Les cookies Google Analytics, Meta et Pinterest sont sollicités pour des pistes d'audit, en complément d'autres solutions de monitoring et d'enregistrements de logs. Ils permettent à notre Société d’améliorer l’intérêt et l’ergonomie du Site. </w:t>
      </w:r>
    </w:p>
    <w:p w:rsidRPr="00D140B5" w:rsidR="00D140B5" w:rsidP="00D140B5" w:rsidRDefault="00D140B5" w14:paraId="3B22D65F" w14:textId="658C5246">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Les données recueillies par l’intermédiaire des Cookies sont anonymes et concernent, en plus des données nativement et habituellement collectées par Google Analytics, notamment et de façon non systématique l’adresse IP, l’ID utilisateur ou du groupe d’utilisateurs, ID de session, les dates et heures de connexion et d’actions effectuées, le numéro de facture.  </w:t>
      </w:r>
      <w:r w:rsidRPr="00D140B5">
        <w:rPr>
          <w:rFonts w:ascii="Roboto" w:hAnsi="Roboto" w:cstheme="majorHAnsi"/>
          <w:sz w:val="19"/>
          <w:szCs w:val="19"/>
          <w:lang w:val="fr-FR"/>
        </w:rPr>
        <w:br/>
      </w:r>
    </w:p>
    <w:tbl>
      <w:tblPr>
        <w:tblW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35"/>
        <w:gridCol w:w="3255"/>
        <w:gridCol w:w="2970"/>
      </w:tblGrid>
      <w:tr w:rsidRPr="00D140B5" w:rsidR="00D140B5" w14:paraId="0957866E" w14:textId="77777777">
        <w:trPr>
          <w:trHeight w:val="300"/>
        </w:trPr>
        <w:tc>
          <w:tcPr>
            <w:tcW w:w="2835" w:type="dxa"/>
            <w:tcBorders>
              <w:top w:val="single" w:color="auto" w:sz="6" w:space="0"/>
              <w:left w:val="single" w:color="auto" w:sz="6" w:space="0"/>
              <w:bottom w:val="single" w:color="auto" w:sz="6" w:space="0"/>
              <w:right w:val="single" w:color="auto" w:sz="6" w:space="0"/>
            </w:tcBorders>
            <w:hideMark/>
          </w:tcPr>
          <w:p w:rsidRPr="00D140B5" w:rsidR="00D140B5" w:rsidP="00D140B5" w:rsidRDefault="00D140B5" w14:paraId="4286D639" w14:textId="77777777">
            <w:pPr>
              <w:spacing w:after="0" w:line="240" w:lineRule="auto"/>
              <w:jc w:val="both"/>
              <w:rPr>
                <w:rFonts w:ascii="Roboto" w:hAnsi="Roboto" w:cstheme="majorHAnsi"/>
                <w:sz w:val="19"/>
                <w:szCs w:val="19"/>
                <w:lang w:val="fr-FR"/>
              </w:rPr>
            </w:pPr>
            <w:r w:rsidRPr="00D140B5">
              <w:rPr>
                <w:rFonts w:ascii="Roboto" w:hAnsi="Roboto" w:cstheme="majorHAnsi"/>
                <w:b/>
                <w:bCs/>
                <w:sz w:val="19"/>
                <w:szCs w:val="19"/>
                <w:lang w:val="fr-FR"/>
              </w:rPr>
              <w:t>Nom du cookie</w:t>
            </w:r>
            <w:r w:rsidRPr="00D140B5">
              <w:rPr>
                <w:rFonts w:ascii="Roboto" w:hAnsi="Roboto" w:cstheme="majorHAnsi"/>
                <w:sz w:val="19"/>
                <w:szCs w:val="19"/>
                <w:lang w:val="fr-FR"/>
              </w:rPr>
              <w:t> </w:t>
            </w:r>
          </w:p>
        </w:tc>
        <w:tc>
          <w:tcPr>
            <w:tcW w:w="3255" w:type="dxa"/>
            <w:tcBorders>
              <w:top w:val="single" w:color="auto" w:sz="6" w:space="0"/>
              <w:left w:val="nil"/>
              <w:bottom w:val="single" w:color="auto" w:sz="6" w:space="0"/>
              <w:right w:val="single" w:color="auto" w:sz="6" w:space="0"/>
            </w:tcBorders>
            <w:hideMark/>
          </w:tcPr>
          <w:p w:rsidRPr="00D140B5" w:rsidR="00D140B5" w:rsidP="00D140B5" w:rsidRDefault="00D140B5" w14:paraId="49D52F22" w14:textId="77777777">
            <w:pPr>
              <w:spacing w:after="0" w:line="240" w:lineRule="auto"/>
              <w:jc w:val="both"/>
              <w:rPr>
                <w:rFonts w:ascii="Roboto" w:hAnsi="Roboto" w:cstheme="majorHAnsi"/>
                <w:sz w:val="19"/>
                <w:szCs w:val="19"/>
                <w:lang w:val="fr-FR"/>
              </w:rPr>
            </w:pPr>
            <w:r w:rsidRPr="00D140B5">
              <w:rPr>
                <w:rFonts w:ascii="Roboto" w:hAnsi="Roboto" w:cstheme="majorHAnsi"/>
                <w:b/>
                <w:bCs/>
                <w:sz w:val="19"/>
                <w:szCs w:val="19"/>
                <w:lang w:val="fr-FR"/>
              </w:rPr>
              <w:t>Finalité</w:t>
            </w:r>
            <w:r w:rsidRPr="00D140B5">
              <w:rPr>
                <w:rFonts w:ascii="Roboto" w:hAnsi="Roboto" w:cstheme="majorHAnsi"/>
                <w:sz w:val="19"/>
                <w:szCs w:val="19"/>
                <w:lang w:val="fr-FR"/>
              </w:rPr>
              <w:t> </w:t>
            </w:r>
          </w:p>
        </w:tc>
        <w:tc>
          <w:tcPr>
            <w:tcW w:w="2970" w:type="dxa"/>
            <w:tcBorders>
              <w:top w:val="single" w:color="auto" w:sz="6" w:space="0"/>
              <w:left w:val="nil"/>
              <w:bottom w:val="single" w:color="auto" w:sz="6" w:space="0"/>
              <w:right w:val="single" w:color="auto" w:sz="6" w:space="0"/>
            </w:tcBorders>
            <w:hideMark/>
          </w:tcPr>
          <w:p w:rsidRPr="00D140B5" w:rsidR="00D140B5" w:rsidP="00D140B5" w:rsidRDefault="00D140B5" w14:paraId="127E10CF" w14:textId="77777777">
            <w:pPr>
              <w:spacing w:after="0" w:line="240" w:lineRule="auto"/>
              <w:jc w:val="both"/>
              <w:rPr>
                <w:rFonts w:ascii="Roboto" w:hAnsi="Roboto" w:cstheme="majorHAnsi"/>
                <w:sz w:val="19"/>
                <w:szCs w:val="19"/>
                <w:lang w:val="fr-FR"/>
              </w:rPr>
            </w:pPr>
            <w:r w:rsidRPr="00D140B5">
              <w:rPr>
                <w:rFonts w:ascii="Roboto" w:hAnsi="Roboto" w:cstheme="majorHAnsi"/>
                <w:b/>
                <w:bCs/>
                <w:sz w:val="19"/>
                <w:szCs w:val="19"/>
                <w:lang w:val="fr-FR"/>
              </w:rPr>
              <w:t>Durée de conservation</w:t>
            </w:r>
            <w:r w:rsidRPr="00D140B5">
              <w:rPr>
                <w:rFonts w:ascii="Roboto" w:hAnsi="Roboto" w:cstheme="majorHAnsi"/>
                <w:sz w:val="19"/>
                <w:szCs w:val="19"/>
                <w:lang w:val="fr-FR"/>
              </w:rPr>
              <w:t> </w:t>
            </w:r>
          </w:p>
        </w:tc>
      </w:tr>
      <w:tr w:rsidRPr="00D140B5" w:rsidR="00D140B5" w14:paraId="561221BC" w14:textId="77777777">
        <w:trPr>
          <w:trHeight w:val="300"/>
        </w:trPr>
        <w:tc>
          <w:tcPr>
            <w:tcW w:w="2835" w:type="dxa"/>
            <w:tcBorders>
              <w:top w:val="nil"/>
              <w:left w:val="single" w:color="auto" w:sz="6" w:space="0"/>
              <w:bottom w:val="single" w:color="auto" w:sz="6" w:space="0"/>
              <w:right w:val="single" w:color="auto" w:sz="6" w:space="0"/>
            </w:tcBorders>
            <w:hideMark/>
          </w:tcPr>
          <w:p w:rsidRPr="00D140B5" w:rsidR="00D140B5" w:rsidP="00D140B5" w:rsidRDefault="00D140B5" w14:paraId="7DCCEA6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Cookie d’authentification  </w:t>
            </w:r>
          </w:p>
        </w:tc>
        <w:tc>
          <w:tcPr>
            <w:tcW w:w="3255" w:type="dxa"/>
            <w:tcBorders>
              <w:top w:val="nil"/>
              <w:left w:val="nil"/>
              <w:bottom w:val="single" w:color="auto" w:sz="6" w:space="0"/>
              <w:right w:val="single" w:color="auto" w:sz="6" w:space="0"/>
            </w:tcBorders>
            <w:hideMark/>
          </w:tcPr>
          <w:p w:rsidRPr="00D140B5" w:rsidR="00D140B5" w:rsidP="00D140B5" w:rsidRDefault="00D140B5" w14:paraId="39492CFD"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Permettre l’accès au compte personnel des utilisateurs sur le Site  </w:t>
            </w:r>
          </w:p>
        </w:tc>
        <w:tc>
          <w:tcPr>
            <w:tcW w:w="2970" w:type="dxa"/>
            <w:tcBorders>
              <w:top w:val="nil"/>
              <w:left w:val="nil"/>
              <w:bottom w:val="single" w:color="auto" w:sz="6" w:space="0"/>
              <w:right w:val="single" w:color="auto" w:sz="6" w:space="0"/>
            </w:tcBorders>
            <w:hideMark/>
          </w:tcPr>
          <w:p w:rsidRPr="00D140B5" w:rsidR="00D140B5" w:rsidP="00D140B5" w:rsidRDefault="00D140B5" w14:paraId="474FA8F9"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24 heures  </w:t>
            </w:r>
          </w:p>
        </w:tc>
      </w:tr>
      <w:tr w:rsidRPr="00D140B5" w:rsidR="00D140B5" w14:paraId="0E120633" w14:textId="77777777">
        <w:trPr>
          <w:trHeight w:val="300"/>
        </w:trPr>
        <w:tc>
          <w:tcPr>
            <w:tcW w:w="2835" w:type="dxa"/>
            <w:tcBorders>
              <w:top w:val="nil"/>
              <w:left w:val="single" w:color="auto" w:sz="6" w:space="0"/>
              <w:bottom w:val="single" w:color="auto" w:sz="6" w:space="0"/>
              <w:right w:val="single" w:color="auto" w:sz="6" w:space="0"/>
            </w:tcBorders>
            <w:hideMark/>
          </w:tcPr>
          <w:p w:rsidRPr="00D140B5" w:rsidR="00D140B5" w:rsidP="00D140B5" w:rsidRDefault="00D140B5" w14:paraId="10A51BDE" w14:textId="77777777">
            <w:pPr>
              <w:spacing w:after="0" w:line="240" w:lineRule="auto"/>
              <w:jc w:val="both"/>
              <w:rPr>
                <w:rFonts w:ascii="Roboto" w:hAnsi="Roboto" w:cstheme="majorHAnsi"/>
                <w:sz w:val="19"/>
                <w:szCs w:val="19"/>
                <w:lang w:val="fr-FR"/>
              </w:rPr>
            </w:pPr>
            <w:proofErr w:type="spellStart"/>
            <w:r w:rsidRPr="00D140B5">
              <w:rPr>
                <w:rFonts w:ascii="Roboto" w:hAnsi="Roboto" w:cstheme="majorHAnsi"/>
                <w:sz w:val="19"/>
                <w:szCs w:val="19"/>
                <w:lang w:val="fr-FR"/>
              </w:rPr>
              <w:t>AddToAny</w:t>
            </w:r>
            <w:proofErr w:type="spellEnd"/>
            <w:r w:rsidRPr="00D140B5">
              <w:rPr>
                <w:rFonts w:ascii="Roboto" w:hAnsi="Roboto" w:cstheme="majorHAnsi"/>
                <w:sz w:val="19"/>
                <w:szCs w:val="19"/>
                <w:lang w:val="fr-FR"/>
              </w:rPr>
              <w:t> </w:t>
            </w:r>
          </w:p>
        </w:tc>
        <w:tc>
          <w:tcPr>
            <w:tcW w:w="3255" w:type="dxa"/>
            <w:tcBorders>
              <w:top w:val="nil"/>
              <w:left w:val="nil"/>
              <w:bottom w:val="single" w:color="auto" w:sz="6" w:space="0"/>
              <w:right w:val="single" w:color="auto" w:sz="6" w:space="0"/>
            </w:tcBorders>
            <w:hideMark/>
          </w:tcPr>
          <w:p w:rsidRPr="00D140B5" w:rsidR="00D140B5" w:rsidP="00D140B5" w:rsidRDefault="00D140B5" w14:paraId="292ABCB6"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Permet aux utilisateurs de partager du contenu du Site sur les réseaux sociaux </w:t>
            </w:r>
          </w:p>
        </w:tc>
        <w:tc>
          <w:tcPr>
            <w:tcW w:w="2970" w:type="dxa"/>
            <w:tcBorders>
              <w:top w:val="nil"/>
              <w:left w:val="nil"/>
              <w:bottom w:val="single" w:color="auto" w:sz="6" w:space="0"/>
              <w:right w:val="single" w:color="auto" w:sz="6" w:space="0"/>
            </w:tcBorders>
            <w:hideMark/>
          </w:tcPr>
          <w:p w:rsidRPr="00D140B5" w:rsidR="00D140B5" w:rsidP="00D140B5" w:rsidRDefault="00D140B5" w14:paraId="67965A45"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30 jours </w:t>
            </w:r>
          </w:p>
        </w:tc>
      </w:tr>
      <w:tr w:rsidRPr="00D140B5" w:rsidR="00D140B5" w14:paraId="122624E7" w14:textId="77777777">
        <w:trPr>
          <w:trHeight w:val="300"/>
        </w:trPr>
        <w:tc>
          <w:tcPr>
            <w:tcW w:w="2835" w:type="dxa"/>
            <w:tcBorders>
              <w:top w:val="nil"/>
              <w:left w:val="single" w:color="auto" w:sz="6" w:space="0"/>
              <w:bottom w:val="single" w:color="auto" w:sz="6" w:space="0"/>
              <w:right w:val="single" w:color="auto" w:sz="6" w:space="0"/>
            </w:tcBorders>
            <w:hideMark/>
          </w:tcPr>
          <w:p w:rsidRPr="00D140B5" w:rsidR="00D140B5" w:rsidP="00D140B5" w:rsidRDefault="00D140B5" w14:paraId="6484930A"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Cookie Google Analytics  </w:t>
            </w:r>
          </w:p>
        </w:tc>
        <w:tc>
          <w:tcPr>
            <w:tcW w:w="3255" w:type="dxa"/>
            <w:tcBorders>
              <w:top w:val="nil"/>
              <w:left w:val="nil"/>
              <w:bottom w:val="single" w:color="auto" w:sz="6" w:space="0"/>
              <w:right w:val="single" w:color="auto" w:sz="6" w:space="0"/>
            </w:tcBorders>
            <w:hideMark/>
          </w:tcPr>
          <w:p w:rsidRPr="00D140B5" w:rsidR="00D140B5" w:rsidP="00D140B5" w:rsidRDefault="00D140B5" w14:paraId="4D09CF88"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Réaliser des statistiques pour l’ergonomie du site  </w:t>
            </w:r>
          </w:p>
        </w:tc>
        <w:tc>
          <w:tcPr>
            <w:tcW w:w="2970" w:type="dxa"/>
            <w:tcBorders>
              <w:top w:val="nil"/>
              <w:left w:val="nil"/>
              <w:bottom w:val="single" w:color="auto" w:sz="6" w:space="0"/>
              <w:right w:val="single" w:color="auto" w:sz="6" w:space="0"/>
            </w:tcBorders>
            <w:hideMark/>
          </w:tcPr>
          <w:p w:rsidRPr="00D140B5" w:rsidR="00D140B5" w:rsidP="00D140B5" w:rsidRDefault="00D140B5" w14:paraId="0C6B79A3"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14 mois  </w:t>
            </w:r>
          </w:p>
        </w:tc>
      </w:tr>
    </w:tbl>
    <w:p w:rsidRPr="00D140B5" w:rsidR="00D140B5" w:rsidP="00D140B5" w:rsidRDefault="00D140B5" w14:paraId="5C627EB8" w14:textId="533D3DBE">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br/>
      </w:r>
      <w:r w:rsidRPr="00D140B5">
        <w:rPr>
          <w:rFonts w:ascii="Roboto" w:hAnsi="Roboto" w:cstheme="majorHAnsi"/>
          <w:sz w:val="19"/>
          <w:szCs w:val="19"/>
          <w:lang w:val="fr-FR"/>
        </w:rPr>
        <w:t>La plateforme de gestion du consentement (CMP) utilisée sur le Site est Tarte au citron</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hyperlink w:tgtFrame="_blank" w:history="1" r:id="rId16">
        <w:r w:rsidRPr="00D140B5">
          <w:rPr>
            <w:rStyle w:val="Lienhypertexte"/>
            <w:rFonts w:ascii="Roboto" w:hAnsi="Roboto" w:cstheme="majorHAnsi"/>
            <w:sz w:val="19"/>
            <w:szCs w:val="19"/>
            <w:lang w:val="fr-FR"/>
          </w:rPr>
          <w:t>https://tarteaucitron.io/fr/</w:t>
        </w:r>
      </w:hyperlink>
      <w:r w:rsidRPr="00D140B5">
        <w:rPr>
          <w:rFonts w:ascii="Roboto" w:hAnsi="Roboto" w:cstheme="majorHAnsi"/>
          <w:sz w:val="19"/>
          <w:szCs w:val="19"/>
          <w:lang w:val="fr-FR"/>
        </w:rPr>
        <w:t>  </w:t>
      </w:r>
    </w:p>
    <w:p w:rsidRPr="00D140B5" w:rsidR="00D140B5" w:rsidP="00D140B5" w:rsidRDefault="00D140B5" w14:paraId="49A439A7" w14:textId="77777777">
      <w:pPr>
        <w:spacing w:after="0" w:line="240" w:lineRule="auto"/>
        <w:jc w:val="both"/>
        <w:rPr>
          <w:rFonts w:ascii="Roboto" w:hAnsi="Roboto" w:cstheme="majorHAnsi"/>
          <w:sz w:val="19"/>
          <w:szCs w:val="19"/>
          <w:lang w:val="fr-FR"/>
        </w:rPr>
      </w:pPr>
      <w:r w:rsidRPr="00D140B5">
        <w:rPr>
          <w:rFonts w:ascii="Roboto" w:hAnsi="Roboto" w:cstheme="majorHAnsi"/>
          <w:sz w:val="19"/>
          <w:szCs w:val="19"/>
          <w:lang w:val="fr-FR"/>
        </w:rPr>
        <w:t>Pour toute demande d’information relative à la présente politique de traçabilité &amp; Cookies, vous pouvez nous écrire à l’adresse suivante</w:t>
      </w:r>
      <w:r w:rsidRPr="00D140B5">
        <w:rPr>
          <w:rFonts w:ascii="Times New Roman" w:hAnsi="Times New Roman" w:cs="Times New Roman"/>
          <w:sz w:val="19"/>
          <w:szCs w:val="19"/>
          <w:lang w:val="fr-FR"/>
        </w:rPr>
        <w:t> </w:t>
      </w:r>
      <w:r w:rsidRPr="00D140B5">
        <w:rPr>
          <w:rFonts w:ascii="Roboto" w:hAnsi="Roboto" w:cstheme="majorHAnsi"/>
          <w:sz w:val="19"/>
          <w:szCs w:val="19"/>
          <w:lang w:val="fr-FR"/>
        </w:rPr>
        <w:t>:</w:t>
      </w:r>
      <w:r w:rsidRPr="00D140B5">
        <w:rPr>
          <w:rFonts w:ascii="Roboto" w:hAnsi="Roboto" w:cs="Roboto"/>
          <w:sz w:val="19"/>
          <w:szCs w:val="19"/>
          <w:lang w:val="fr-FR"/>
        </w:rPr>
        <w:t> </w:t>
      </w:r>
      <w:hyperlink w:tgtFrame="_blank" w:history="1" r:id="rId17">
        <w:r w:rsidRPr="00D140B5">
          <w:rPr>
            <w:rStyle w:val="Lienhypertexte"/>
            <w:rFonts w:ascii="Roboto" w:hAnsi="Roboto" w:cstheme="majorHAnsi"/>
            <w:sz w:val="19"/>
            <w:szCs w:val="19"/>
            <w:lang w:val="fr-FR"/>
          </w:rPr>
          <w:t>rgpd@destination-angers.com</w:t>
        </w:r>
      </w:hyperlink>
      <w:r w:rsidRPr="00D140B5">
        <w:rPr>
          <w:rFonts w:ascii="Roboto" w:hAnsi="Roboto" w:cstheme="majorHAnsi"/>
          <w:sz w:val="19"/>
          <w:szCs w:val="19"/>
          <w:lang w:val="fr-FR"/>
        </w:rPr>
        <w:t>. </w:t>
      </w:r>
    </w:p>
    <w:p w:rsidRPr="00D140B5" w:rsidR="00ED504B" w:rsidP="00D140B5" w:rsidRDefault="00ED504B" w14:paraId="1791EA9C" w14:textId="77777777">
      <w:pPr>
        <w:spacing w:after="0" w:line="240" w:lineRule="auto"/>
        <w:jc w:val="both"/>
        <w:rPr>
          <w:rFonts w:ascii="Roboto" w:hAnsi="Roboto" w:cstheme="majorHAnsi"/>
          <w:sz w:val="19"/>
          <w:szCs w:val="19"/>
          <w:lang w:val="fr-FR"/>
        </w:rPr>
      </w:pPr>
    </w:p>
    <w:sectPr w:rsidRPr="00D140B5" w:rsidR="00ED504B" w:rsidSect="00D140B5">
      <w:type w:val="continuous"/>
      <w:pgSz w:w="12240" w:h="15840" w:orient="portrait"/>
      <w:pgMar w:top="2127" w:right="1152" w:bottom="1152" w:left="1152"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HB" w:author="Helene Benoist" w:date="2026-07-15T09:06:27" w:id="339232471">
    <w:p xmlns:w14="http://schemas.microsoft.com/office/word/2010/wordml" xmlns:w="http://schemas.openxmlformats.org/wordprocessingml/2006/main" w:rsidR="7CCDA83A" w:rsidRDefault="5125F921" w14:paraId="035CF5B3" w14:textId="3D7F9DF2">
      <w:pPr>
        <w:pStyle w:val="CommentText"/>
      </w:pPr>
      <w:r>
        <w:rPr>
          <w:rStyle w:val="CommentReference"/>
        </w:rPr>
        <w:annotationRef/>
      </w:r>
      <w:r w:rsidRPr="04B2BB18" w:rsidR="1A7EDA73">
        <w:t>nous ne sommes pas dans le cadre d'une manifestation</w:t>
      </w:r>
    </w:p>
  </w:comment>
  <w:comment xmlns:w="http://schemas.openxmlformats.org/wordprocessingml/2006/main" w:initials="HB" w:author="Helene Benoist" w:date="2026-07-15T11:46:02" w:id="290669427">
    <w:p xmlns:w14="http://schemas.microsoft.com/office/word/2010/wordml" xmlns:w="http://schemas.openxmlformats.org/wordprocessingml/2006/main" w:rsidR="6D389C54" w:rsidRDefault="79F6D39B" w14:paraId="1F4D1108" w14:textId="3D0C9BEB">
      <w:pPr>
        <w:pStyle w:val="CommentText"/>
      </w:pPr>
      <w:r>
        <w:rPr>
          <w:rStyle w:val="CommentReference"/>
        </w:rPr>
        <w:annotationRef/>
      </w:r>
      <w:r w:rsidRPr="539337B4" w:rsidR="377C2CD2">
        <w:t>GPX</w:t>
      </w:r>
    </w:p>
  </w:comment>
  <w:comment xmlns:w="http://schemas.openxmlformats.org/wordprocessingml/2006/main" w:initials="HB" w:author="Helene Benoist" w:date="2026-07-15T11:48:09" w:id="743254824">
    <w:p xmlns:w14="http://schemas.microsoft.com/office/word/2010/wordml" xmlns:w="http://schemas.openxmlformats.org/wordprocessingml/2006/main" w:rsidR="4630E56F" w:rsidRDefault="2507C931" w14:paraId="4AEA9B9D" w14:textId="17CED8F3">
      <w:pPr>
        <w:pStyle w:val="CommentText"/>
      </w:pPr>
      <w:r>
        <w:rPr>
          <w:rStyle w:val="CommentReference"/>
        </w:rPr>
        <w:annotationRef/>
      </w:r>
      <w:r w:rsidRPr="326D6837" w:rsidR="35DC426E">
        <w:t>sur les horaires d'ouverture de l"OT?</w:t>
      </w:r>
    </w:p>
  </w:comment>
</w:comments>
</file>

<file path=word/commentsExtended.xml><?xml version="1.0" encoding="utf-8"?>
<w15:commentsEx xmlns:mc="http://schemas.openxmlformats.org/markup-compatibility/2006" xmlns:w15="http://schemas.microsoft.com/office/word/2012/wordml" mc:Ignorable="w15">
  <w15:commentEx w15:done="0" w15:paraId="035CF5B3"/>
  <w15:commentEx w15:done="0" w15:paraId="1F4D1108"/>
  <w15:commentEx w15:done="0" w15:paraId="4AEA9B9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7A85370" w16cex:dateUtc="2026-07-15T07:06:27.013Z"/>
  <w16cex:commentExtensible w16cex:durableId="55055039" w16cex:dateUtc="2026-07-15T09:46:02.618Z"/>
  <w16cex:commentExtensible w16cex:durableId="52508BDF" w16cex:dateUtc="2026-07-15T09:48:09.536Z"/>
</w16cex:commentsExtensible>
</file>

<file path=word/commentsIds.xml><?xml version="1.0" encoding="utf-8"?>
<w16cid:commentsIds xmlns:mc="http://schemas.openxmlformats.org/markup-compatibility/2006" xmlns:w16cid="http://schemas.microsoft.com/office/word/2016/wordml/cid" mc:Ignorable="w16cid">
  <w16cid:commentId w16cid:paraId="035CF5B3" w16cid:durableId="57A85370"/>
  <w16cid:commentId w16cid:paraId="1F4D1108" w16cid:durableId="55055039"/>
  <w16cid:commentId w16cid:paraId="4AEA9B9D" w16cid:durableId="52508B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556" w:rsidP="00D27C60" w:rsidRDefault="00FA6556" w14:paraId="25E7EAAE" w14:textId="77777777">
      <w:pPr>
        <w:spacing w:after="0" w:line="240" w:lineRule="auto"/>
      </w:pPr>
      <w:r>
        <w:separator/>
      </w:r>
    </w:p>
  </w:endnote>
  <w:endnote w:type="continuationSeparator" w:id="0">
    <w:p w:rsidR="00FA6556" w:rsidP="00D27C60" w:rsidRDefault="00FA6556" w14:paraId="4BD2CA1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813E1" w:rsidP="00F813E1" w:rsidRDefault="00F813E1" w14:paraId="2103622F" w14:textId="2918F114">
    <w:pPr>
      <w:pStyle w:val="Pieddepage"/>
      <w:jc w:val="right"/>
    </w:pPr>
    <w:r>
      <w:rPr>
        <w:noProof/>
      </w:rPr>
      <w:drawing>
        <wp:inline distT="0" distB="0" distL="0" distR="0" wp14:anchorId="153792E3" wp14:editId="0929E598">
          <wp:extent cx="6051550" cy="1005138"/>
          <wp:effectExtent l="0" t="0" r="0" b="5080"/>
          <wp:docPr id="66592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84053" name="Image 622484053"/>
                  <pic:cNvPicPr/>
                </pic:nvPicPr>
                <pic:blipFill>
                  <a:blip r:embed="rId1">
                    <a:extLst>
                      <a:ext uri="{28A0092B-C50C-407E-A947-70E740481C1C}">
                        <a14:useLocalDpi xmlns:a14="http://schemas.microsoft.com/office/drawing/2010/main" val="0"/>
                      </a:ext>
                    </a:extLst>
                  </a:blip>
                  <a:stretch>
                    <a:fillRect/>
                  </a:stretch>
                </pic:blipFill>
                <pic:spPr>
                  <a:xfrm>
                    <a:off x="0" y="0"/>
                    <a:ext cx="6077857" cy="1009507"/>
                  </a:xfrm>
                  <a:prstGeom prst="rect">
                    <a:avLst/>
                  </a:prstGeom>
                </pic:spPr>
              </pic:pic>
            </a:graphicData>
          </a:graphic>
        </wp:inline>
      </w:drawing>
    </w:r>
    <w:r w:rsidRPr="00F813E1">
      <w:t xml:space="preserve"> </w:t>
    </w:r>
    <w:sdt>
      <w:sdtPr>
        <w:id w:val="423001150"/>
        <w:docPartObj>
          <w:docPartGallery w:val="Page Numbers (Bottom of Page)"/>
          <w:docPartUnique/>
        </w:docPartObj>
      </w:sdtPr>
      <w:sdtEndPr/>
      <w:sdtContent>
        <w:r>
          <w:fldChar w:fldCharType="begin"/>
        </w:r>
        <w:r>
          <w:instrText>PAGE   \* MERGEFORMAT</w:instrText>
        </w:r>
        <w:r>
          <w:fldChar w:fldCharType="separate"/>
        </w:r>
        <w:r>
          <w:t>5</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556" w:rsidP="00D27C60" w:rsidRDefault="00FA6556" w14:paraId="58A36EB7" w14:textId="77777777">
      <w:pPr>
        <w:spacing w:after="0" w:line="240" w:lineRule="auto"/>
      </w:pPr>
      <w:r>
        <w:separator/>
      </w:r>
    </w:p>
  </w:footnote>
  <w:footnote w:type="continuationSeparator" w:id="0">
    <w:p w:rsidR="00FA6556" w:rsidP="00D27C60" w:rsidRDefault="00FA6556" w14:paraId="486347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27C60" w:rsidRDefault="00D27C60" w14:paraId="6C365337" w14:textId="1CD20267">
    <w:pPr>
      <w:pStyle w:val="En-tte"/>
    </w:pPr>
    <w:r>
      <w:rPr>
        <w:noProof/>
      </w:rPr>
      <w:drawing>
        <wp:anchor distT="0" distB="0" distL="0" distR="0" simplePos="0" relativeHeight="251657216" behindDoc="1" locked="0" layoutInCell="1" allowOverlap="1" wp14:anchorId="3FB2FC70" wp14:editId="45B9FEFD">
          <wp:simplePos x="0" y="0"/>
          <wp:positionH relativeFrom="page">
            <wp:posOffset>655320</wp:posOffset>
          </wp:positionH>
          <wp:positionV relativeFrom="page">
            <wp:posOffset>165100</wp:posOffset>
          </wp:positionV>
          <wp:extent cx="7038408" cy="829943"/>
          <wp:effectExtent l="0" t="0" r="0" b="8890"/>
          <wp:wrapNone/>
          <wp:docPr id="373646949" name="Image 3736469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038408" cy="8299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hint="default" w:ascii="Symbol" w:hAnsi="Symbol"/>
      </w:rPr>
    </w:lvl>
  </w:abstractNum>
  <w:abstractNum w:abstractNumId="6" w15:restartNumberingAfterBreak="0">
    <w:nsid w:val="045E33AA"/>
    <w:multiLevelType w:val="multilevel"/>
    <w:tmpl w:val="9F702E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666F48"/>
    <w:multiLevelType w:val="multilevel"/>
    <w:tmpl w:val="CEA08F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C5F4B7E"/>
    <w:multiLevelType w:val="multilevel"/>
    <w:tmpl w:val="D14E5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F7935AD"/>
    <w:multiLevelType w:val="multilevel"/>
    <w:tmpl w:val="EDD47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1B2175C"/>
    <w:multiLevelType w:val="multilevel"/>
    <w:tmpl w:val="8E9EBF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9BA1D78"/>
    <w:multiLevelType w:val="multilevel"/>
    <w:tmpl w:val="76003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A4153E3"/>
    <w:multiLevelType w:val="hybridMultilevel"/>
    <w:tmpl w:val="E0DCE666"/>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1A86362D"/>
    <w:multiLevelType w:val="hybridMultilevel"/>
    <w:tmpl w:val="50B00046"/>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1C5D49E7"/>
    <w:multiLevelType w:val="multilevel"/>
    <w:tmpl w:val="DD5A75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F52445F"/>
    <w:multiLevelType w:val="hybridMultilevel"/>
    <w:tmpl w:val="452061FE"/>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249068B2"/>
    <w:multiLevelType w:val="multilevel"/>
    <w:tmpl w:val="7AD47A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76E54FD"/>
    <w:multiLevelType w:val="multilevel"/>
    <w:tmpl w:val="74C076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9EB4A23"/>
    <w:multiLevelType w:val="multilevel"/>
    <w:tmpl w:val="C284C9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E4176C"/>
    <w:multiLevelType w:val="multilevel"/>
    <w:tmpl w:val="91EC8E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0EA45EC"/>
    <w:multiLevelType w:val="multilevel"/>
    <w:tmpl w:val="6B344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D260976"/>
    <w:multiLevelType w:val="multilevel"/>
    <w:tmpl w:val="4A1A51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3D4B0A"/>
    <w:multiLevelType w:val="multilevel"/>
    <w:tmpl w:val="251AC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5662786"/>
    <w:multiLevelType w:val="multilevel"/>
    <w:tmpl w:val="F69EC5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5D54449"/>
    <w:multiLevelType w:val="multilevel"/>
    <w:tmpl w:val="E9645D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5EE7076"/>
    <w:multiLevelType w:val="multilevel"/>
    <w:tmpl w:val="60C84B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DFB4BFE"/>
    <w:multiLevelType w:val="multilevel"/>
    <w:tmpl w:val="37702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C31773"/>
    <w:multiLevelType w:val="multilevel"/>
    <w:tmpl w:val="BD60B9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3CF0576"/>
    <w:multiLevelType w:val="hybridMultilevel"/>
    <w:tmpl w:val="69102180"/>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9" w15:restartNumberingAfterBreak="0">
    <w:nsid w:val="54895F68"/>
    <w:multiLevelType w:val="multilevel"/>
    <w:tmpl w:val="A844BC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C0B4F41"/>
    <w:multiLevelType w:val="hybridMultilevel"/>
    <w:tmpl w:val="B2167CCA"/>
    <w:lvl w:ilvl="0" w:tplc="292E1AE2">
      <w:start w:val="3"/>
      <w:numFmt w:val="bullet"/>
      <w:lvlText w:val="-"/>
      <w:lvlJc w:val="left"/>
      <w:pPr>
        <w:ind w:left="720" w:hanging="360"/>
      </w:pPr>
      <w:rPr>
        <w:rFonts w:hint="default" w:ascii="Calibri" w:hAnsi="Calibri" w:cs="Calibri" w:eastAsiaTheme="minorEastAsi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64C0549F"/>
    <w:multiLevelType w:val="multilevel"/>
    <w:tmpl w:val="410CD6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5D60FBB"/>
    <w:multiLevelType w:val="multilevel"/>
    <w:tmpl w:val="6A8015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5C6E9A"/>
    <w:multiLevelType w:val="multilevel"/>
    <w:tmpl w:val="B956A6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790438"/>
    <w:multiLevelType w:val="multilevel"/>
    <w:tmpl w:val="271E24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9A47DC"/>
    <w:multiLevelType w:val="multilevel"/>
    <w:tmpl w:val="1CE600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295191A"/>
    <w:multiLevelType w:val="multilevel"/>
    <w:tmpl w:val="5C84B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E5842D4"/>
    <w:multiLevelType w:val="multilevel"/>
    <w:tmpl w:val="17A0C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17140395">
    <w:abstractNumId w:val="5"/>
  </w:num>
  <w:num w:numId="2" w16cid:durableId="402021424">
    <w:abstractNumId w:val="3"/>
  </w:num>
  <w:num w:numId="3" w16cid:durableId="514225689">
    <w:abstractNumId w:val="2"/>
  </w:num>
  <w:num w:numId="4" w16cid:durableId="963735142">
    <w:abstractNumId w:val="4"/>
  </w:num>
  <w:num w:numId="5" w16cid:durableId="1945258461">
    <w:abstractNumId w:val="1"/>
  </w:num>
  <w:num w:numId="6" w16cid:durableId="636030448">
    <w:abstractNumId w:val="0"/>
  </w:num>
  <w:num w:numId="7" w16cid:durableId="950671355">
    <w:abstractNumId w:val="15"/>
  </w:num>
  <w:num w:numId="8" w16cid:durableId="1433865938">
    <w:abstractNumId w:val="28"/>
  </w:num>
  <w:num w:numId="9" w16cid:durableId="1033574328">
    <w:abstractNumId w:val="13"/>
  </w:num>
  <w:num w:numId="10" w16cid:durableId="196625873">
    <w:abstractNumId w:val="12"/>
  </w:num>
  <w:num w:numId="11" w16cid:durableId="1744719176">
    <w:abstractNumId w:val="30"/>
  </w:num>
  <w:num w:numId="12" w16cid:durableId="1299264024">
    <w:abstractNumId w:val="16"/>
  </w:num>
  <w:num w:numId="13" w16cid:durableId="185948058">
    <w:abstractNumId w:val="37"/>
  </w:num>
  <w:num w:numId="14" w16cid:durableId="1290626832">
    <w:abstractNumId w:val="36"/>
  </w:num>
  <w:num w:numId="15" w16cid:durableId="394278499">
    <w:abstractNumId w:val="26"/>
  </w:num>
  <w:num w:numId="16" w16cid:durableId="283852208">
    <w:abstractNumId w:val="17"/>
  </w:num>
  <w:num w:numId="17" w16cid:durableId="2076734199">
    <w:abstractNumId w:val="22"/>
  </w:num>
  <w:num w:numId="18" w16cid:durableId="1037587616">
    <w:abstractNumId w:val="23"/>
  </w:num>
  <w:num w:numId="19" w16cid:durableId="1257208990">
    <w:abstractNumId w:val="29"/>
  </w:num>
  <w:num w:numId="20" w16cid:durableId="707804101">
    <w:abstractNumId w:val="11"/>
  </w:num>
  <w:num w:numId="21" w16cid:durableId="350959553">
    <w:abstractNumId w:val="19"/>
  </w:num>
  <w:num w:numId="22" w16cid:durableId="1543176658">
    <w:abstractNumId w:val="20"/>
  </w:num>
  <w:num w:numId="23" w16cid:durableId="417993159">
    <w:abstractNumId w:val="8"/>
  </w:num>
  <w:num w:numId="24" w16cid:durableId="385837543">
    <w:abstractNumId w:val="18"/>
  </w:num>
  <w:num w:numId="25" w16cid:durableId="418867927">
    <w:abstractNumId w:val="7"/>
  </w:num>
  <w:num w:numId="26" w16cid:durableId="515389207">
    <w:abstractNumId w:val="10"/>
  </w:num>
  <w:num w:numId="27" w16cid:durableId="1148518751">
    <w:abstractNumId w:val="14"/>
  </w:num>
  <w:num w:numId="28" w16cid:durableId="243421255">
    <w:abstractNumId w:val="25"/>
  </w:num>
  <w:num w:numId="29" w16cid:durableId="1732802213">
    <w:abstractNumId w:val="34"/>
  </w:num>
  <w:num w:numId="30" w16cid:durableId="2115443783">
    <w:abstractNumId w:val="24"/>
  </w:num>
  <w:num w:numId="31" w16cid:durableId="2631941">
    <w:abstractNumId w:val="9"/>
  </w:num>
  <w:num w:numId="32" w16cid:durableId="1782795001">
    <w:abstractNumId w:val="27"/>
  </w:num>
  <w:num w:numId="33" w16cid:durableId="47539289">
    <w:abstractNumId w:val="32"/>
  </w:num>
  <w:num w:numId="34" w16cid:durableId="144472841">
    <w:abstractNumId w:val="6"/>
  </w:num>
  <w:num w:numId="35" w16cid:durableId="1183086575">
    <w:abstractNumId w:val="33"/>
  </w:num>
  <w:num w:numId="36" w16cid:durableId="505629069">
    <w:abstractNumId w:val="35"/>
  </w:num>
  <w:num w:numId="37" w16cid:durableId="1768186434">
    <w:abstractNumId w:val="31"/>
  </w:num>
  <w:num w:numId="38" w16cid:durableId="953903003">
    <w:abstractNumId w:val="21"/>
  </w:num>
  <w:numIdMacAtCleanup w:val="38"/>
</w:numbering>
</file>

<file path=word/people.xml><?xml version="1.0" encoding="utf-8"?>
<w15:people xmlns:mc="http://schemas.openxmlformats.org/markup-compatibility/2006" xmlns:w15="http://schemas.microsoft.com/office/word/2012/wordml" mc:Ignorable="w15">
  <w15:person w15:author="Helene Benoist">
    <w15:presenceInfo w15:providerId="AD" w15:userId="S::helene.benoist@destination-angers.com::4a56568a-320d-45dd-98ed-afb16b2c8db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DD2"/>
    <w:rsid w:val="00034616"/>
    <w:rsid w:val="00050CDF"/>
    <w:rsid w:val="0006063C"/>
    <w:rsid w:val="00073A09"/>
    <w:rsid w:val="00093E2A"/>
    <w:rsid w:val="00106E6D"/>
    <w:rsid w:val="00106F4C"/>
    <w:rsid w:val="00135B2D"/>
    <w:rsid w:val="0015074B"/>
    <w:rsid w:val="00163F20"/>
    <w:rsid w:val="0029639D"/>
    <w:rsid w:val="002C2498"/>
    <w:rsid w:val="002E56F1"/>
    <w:rsid w:val="00311554"/>
    <w:rsid w:val="00317AC4"/>
    <w:rsid w:val="00326F90"/>
    <w:rsid w:val="003305D6"/>
    <w:rsid w:val="00364EE6"/>
    <w:rsid w:val="0036654C"/>
    <w:rsid w:val="0048657E"/>
    <w:rsid w:val="004D174F"/>
    <w:rsid w:val="004D210C"/>
    <w:rsid w:val="005032B1"/>
    <w:rsid w:val="005A25C3"/>
    <w:rsid w:val="006318ED"/>
    <w:rsid w:val="00693267"/>
    <w:rsid w:val="006F2D3A"/>
    <w:rsid w:val="006F347D"/>
    <w:rsid w:val="00783A1A"/>
    <w:rsid w:val="007E12D0"/>
    <w:rsid w:val="0080167E"/>
    <w:rsid w:val="00841803"/>
    <w:rsid w:val="008C5AF3"/>
    <w:rsid w:val="00935E24"/>
    <w:rsid w:val="00982402"/>
    <w:rsid w:val="0099519A"/>
    <w:rsid w:val="009A3390"/>
    <w:rsid w:val="00A00A5C"/>
    <w:rsid w:val="00A17C70"/>
    <w:rsid w:val="00A85866"/>
    <w:rsid w:val="00AA1D8D"/>
    <w:rsid w:val="00B47730"/>
    <w:rsid w:val="00B93581"/>
    <w:rsid w:val="00BA569D"/>
    <w:rsid w:val="00C162E6"/>
    <w:rsid w:val="00C851E8"/>
    <w:rsid w:val="00CB0664"/>
    <w:rsid w:val="00D140B5"/>
    <w:rsid w:val="00D270FF"/>
    <w:rsid w:val="00D27C60"/>
    <w:rsid w:val="00D85E6F"/>
    <w:rsid w:val="00D87EEF"/>
    <w:rsid w:val="00DC4BC2"/>
    <w:rsid w:val="00E90578"/>
    <w:rsid w:val="00E970D3"/>
    <w:rsid w:val="00ED504B"/>
    <w:rsid w:val="00F02F48"/>
    <w:rsid w:val="00F74C3C"/>
    <w:rsid w:val="00F813E1"/>
    <w:rsid w:val="00FA6556"/>
    <w:rsid w:val="00FB6474"/>
    <w:rsid w:val="00FC3C80"/>
    <w:rsid w:val="00FC693F"/>
    <w:rsid w:val="00FE225E"/>
    <w:rsid w:val="3660D5F8"/>
    <w:rsid w:val="3AE72987"/>
    <w:rsid w:val="4A210FF7"/>
    <w:rsid w:val="5C4CD71C"/>
    <w:rsid w:val="6BABE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32BA9F"/>
  <w14:defaultImageDpi w14:val="300"/>
  <w15:docId w15:val="{9290C5EE-E545-40EF-A8C8-C1CAEFF6AC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color w:val="333333"/>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styleId="En-tteCar" w:customStyle="1">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styleId="Titre1Car" w:customStyle="1">
    <w:name w:val="Titre 1 Car"/>
    <w:basedOn w:val="Policepardfaut"/>
    <w:link w:val="Titre1"/>
    <w:uiPriority w:val="9"/>
    <w:rsid w:val="00FC693F"/>
    <w:rPr>
      <w:rFonts w:asciiTheme="majorHAnsi" w:hAnsiTheme="majorHAnsi" w:eastAsiaTheme="majorEastAsia" w:cstheme="majorBidi"/>
      <w:b/>
      <w:bCs/>
      <w:color w:val="365F91" w:themeColor="accent1" w:themeShade="BF"/>
      <w:sz w:val="28"/>
      <w:szCs w:val="28"/>
    </w:rPr>
  </w:style>
  <w:style w:type="character" w:styleId="Titre2Car" w:customStyle="1">
    <w:name w:val="Titre 2 Car"/>
    <w:basedOn w:val="Policepardfaut"/>
    <w:link w:val="Titre2"/>
    <w:uiPriority w:val="9"/>
    <w:rsid w:val="00FC693F"/>
    <w:rPr>
      <w:rFonts w:asciiTheme="majorHAnsi" w:hAnsiTheme="majorHAnsi" w:eastAsiaTheme="majorEastAsia" w:cstheme="majorBidi"/>
      <w:b/>
      <w:bCs/>
      <w:color w:val="4F81BD" w:themeColor="accent1"/>
      <w:sz w:val="26"/>
      <w:szCs w:val="26"/>
    </w:rPr>
  </w:style>
  <w:style w:type="character" w:styleId="Titre3Car" w:customStyle="1">
    <w:name w:val="Titre 3 Car"/>
    <w:basedOn w:val="Policepardfaut"/>
    <w:link w:val="Titre3"/>
    <w:uiPriority w:val="9"/>
    <w:rsid w:val="00FC693F"/>
    <w:rPr>
      <w:rFonts w:asciiTheme="majorHAnsi" w:hAnsiTheme="majorHAnsi" w:eastAsiaTheme="majorEastAsia" w:cstheme="majorBidi"/>
      <w:b/>
      <w:bCs/>
      <w:color w:val="4F81BD" w:themeColor="accent1"/>
    </w:rPr>
  </w:style>
  <w:style w:type="paragraph" w:styleId="Titre">
    <w:name w:val="Title"/>
    <w:basedOn w:val="Normal"/>
    <w:next w:val="Normal"/>
    <w:link w:val="TitreC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reCar" w:customStyle="1">
    <w:name w:val="Titre Car"/>
    <w:basedOn w:val="Policepardfaut"/>
    <w:link w:val="Titr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ous-titreCar" w:customStyle="1">
    <w:name w:val="Sous-titre Car"/>
    <w:basedOn w:val="Policepardfaut"/>
    <w:link w:val="Sous-titre"/>
    <w:uiPriority w:val="11"/>
    <w:rsid w:val="00FC693F"/>
    <w:rPr>
      <w:rFonts w:asciiTheme="majorHAnsi" w:hAnsiTheme="majorHAnsi" w:eastAsiaTheme="majorEastAsia" w:cstheme="majorBidi"/>
      <w:i/>
      <w:iCs/>
      <w:color w:val="4F81BD" w:themeColor="accent1"/>
      <w:spacing w:val="15"/>
      <w:sz w:val="24"/>
      <w:szCs w:val="24"/>
    </w:rPr>
  </w:style>
  <w:style w:type="paragraph" w:styleId="Paragraphedeliste">
    <w:name w:val="List Paragraph"/>
    <w:basedOn w:val="Normal"/>
    <w:uiPriority w:val="72"/>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styleId="CorpsdetexteCar" w:customStyle="1">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styleId="Corpsdetexte2Car" w:customStyle="1">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styleId="Corpsdetexte3Car" w:customStyle="1">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4"/>
      </w:numPr>
      <w:contextualSpacing/>
    </w:pPr>
  </w:style>
  <w:style w:type="paragraph" w:styleId="Listenumros2">
    <w:name w:val="List Number 2"/>
    <w:basedOn w:val="Normal"/>
    <w:uiPriority w:val="99"/>
    <w:unhideWhenUsed/>
    <w:rsid w:val="0029639D"/>
    <w:pPr>
      <w:numPr>
        <w:numId w:val="5"/>
      </w:numPr>
      <w:contextualSpacing/>
    </w:pPr>
  </w:style>
  <w:style w:type="paragraph" w:styleId="Listenumros3">
    <w:name w:val="List Number 3"/>
    <w:basedOn w:val="Normal"/>
    <w:uiPriority w:val="99"/>
    <w:unhideWhenUsed/>
    <w:rsid w:val="0029639D"/>
    <w:pPr>
      <w:numPr>
        <w:numId w:val="6"/>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TextedemacroCar" w:customStyle="1">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styleId="CitationCar" w:customStyle="1">
    <w:name w:val="Citation Car"/>
    <w:basedOn w:val="Policepardfaut"/>
    <w:link w:val="Citation"/>
    <w:uiPriority w:val="29"/>
    <w:rsid w:val="00FC693F"/>
    <w:rPr>
      <w:i/>
      <w:iCs/>
      <w:color w:val="000000" w:themeColor="text1"/>
    </w:rPr>
  </w:style>
  <w:style w:type="character" w:styleId="Titre4Car" w:customStyle="1">
    <w:name w:val="Titre 4 Car"/>
    <w:basedOn w:val="Policepardfaut"/>
    <w:link w:val="Titre4"/>
    <w:uiPriority w:val="9"/>
    <w:semiHidden/>
    <w:rsid w:val="00FC693F"/>
    <w:rPr>
      <w:rFonts w:asciiTheme="majorHAnsi" w:hAnsiTheme="majorHAnsi" w:eastAsiaTheme="majorEastAsia" w:cstheme="majorBidi"/>
      <w:b/>
      <w:bCs/>
      <w:i/>
      <w:iCs/>
      <w:color w:val="4F81BD" w:themeColor="accent1"/>
    </w:rPr>
  </w:style>
  <w:style w:type="character" w:styleId="Titre5Car" w:customStyle="1">
    <w:name w:val="Titre 5 Car"/>
    <w:basedOn w:val="Policepardfaut"/>
    <w:link w:val="Titre5"/>
    <w:uiPriority w:val="9"/>
    <w:semiHidden/>
    <w:rsid w:val="00FC693F"/>
    <w:rPr>
      <w:rFonts w:asciiTheme="majorHAnsi" w:hAnsiTheme="majorHAnsi" w:eastAsiaTheme="majorEastAsia" w:cstheme="majorBidi"/>
      <w:color w:val="243F60" w:themeColor="accent1" w:themeShade="7F"/>
    </w:rPr>
  </w:style>
  <w:style w:type="character" w:styleId="Titre6Car" w:customStyle="1">
    <w:name w:val="Titre 6 Car"/>
    <w:basedOn w:val="Policepardfaut"/>
    <w:link w:val="Titre6"/>
    <w:uiPriority w:val="9"/>
    <w:semiHidden/>
    <w:rsid w:val="00FC693F"/>
    <w:rPr>
      <w:rFonts w:asciiTheme="majorHAnsi" w:hAnsiTheme="majorHAnsi" w:eastAsiaTheme="majorEastAsia" w:cstheme="majorBidi"/>
      <w:i/>
      <w:iCs/>
      <w:color w:val="243F60" w:themeColor="accent1" w:themeShade="7F"/>
    </w:rPr>
  </w:style>
  <w:style w:type="character" w:styleId="Titre7Car" w:customStyle="1">
    <w:name w:val="Titre 7 Car"/>
    <w:basedOn w:val="Policepardfaut"/>
    <w:link w:val="Titre7"/>
    <w:uiPriority w:val="9"/>
    <w:semiHidden/>
    <w:rsid w:val="00FC693F"/>
    <w:rPr>
      <w:rFonts w:asciiTheme="majorHAnsi" w:hAnsiTheme="majorHAnsi" w:eastAsiaTheme="majorEastAsia" w:cstheme="majorBidi"/>
      <w:i/>
      <w:iCs/>
      <w:color w:val="404040" w:themeColor="text1" w:themeTint="BF"/>
    </w:rPr>
  </w:style>
  <w:style w:type="character" w:styleId="Titre8Car" w:customStyle="1">
    <w:name w:val="Titre 8 Car"/>
    <w:basedOn w:val="Policepardfaut"/>
    <w:link w:val="Titre8"/>
    <w:uiPriority w:val="9"/>
    <w:semiHidden/>
    <w:rsid w:val="00FC693F"/>
    <w:rPr>
      <w:rFonts w:asciiTheme="majorHAnsi" w:hAnsiTheme="majorHAnsi" w:eastAsiaTheme="majorEastAsia" w:cstheme="majorBidi"/>
      <w:color w:val="4F81BD" w:themeColor="accent1"/>
      <w:sz w:val="20"/>
      <w:szCs w:val="20"/>
    </w:rPr>
  </w:style>
  <w:style w:type="character" w:styleId="Titre9Car" w:customStyle="1">
    <w:name w:val="Titre 9 Car"/>
    <w:basedOn w:val="Policepardfaut"/>
    <w:link w:val="Titre9"/>
    <w:uiPriority w:val="9"/>
    <w:semiHidden/>
    <w:rsid w:val="00FC693F"/>
    <w:rPr>
      <w:rFonts w:asciiTheme="majorHAnsi" w:hAnsiTheme="majorHAnsi" w:eastAsiaTheme="majorEastAsia"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CitationintenseCar" w:customStyle="1">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6F2D3A"/>
    <w:rPr>
      <w:color w:val="0000FF" w:themeColor="hyperlink"/>
      <w:u w:val="single"/>
    </w:rPr>
  </w:style>
  <w:style w:type="character" w:styleId="Mentionnonrsolue">
    <w:name w:val="Unresolved Mention"/>
    <w:basedOn w:val="Policepardfaut"/>
    <w:uiPriority w:val="99"/>
    <w:semiHidden/>
    <w:unhideWhenUsed/>
    <w:rsid w:val="006F2D3A"/>
    <w:rPr>
      <w:color w:val="605E5C"/>
      <w:shd w:val="clear" w:color="auto" w:fill="E1DFDD"/>
    </w:rPr>
  </w:style>
  <w:style w:type="character" w:styleId="Marquedecommentaire">
    <w:name w:val="annotation reference"/>
    <w:basedOn w:val="Policepardfaut"/>
    <w:uiPriority w:val="99"/>
    <w:semiHidden/>
    <w:unhideWhenUsed/>
    <w:rsid w:val="00FE225E"/>
    <w:rPr>
      <w:sz w:val="16"/>
      <w:szCs w:val="16"/>
    </w:rPr>
  </w:style>
  <w:style w:type="paragraph" w:styleId="Commentaire">
    <w:name w:val="annotation text"/>
    <w:basedOn w:val="Normal"/>
    <w:link w:val="CommentaireCar"/>
    <w:uiPriority w:val="99"/>
    <w:unhideWhenUsed/>
    <w:rsid w:val="00FE225E"/>
    <w:pPr>
      <w:spacing w:line="240" w:lineRule="auto"/>
    </w:pPr>
    <w:rPr>
      <w:szCs w:val="20"/>
    </w:rPr>
  </w:style>
  <w:style w:type="character" w:styleId="CommentaireCar" w:customStyle="1">
    <w:name w:val="Commentaire Car"/>
    <w:basedOn w:val="Policepardfaut"/>
    <w:link w:val="Commentaire"/>
    <w:uiPriority w:val="99"/>
    <w:rsid w:val="00FE225E"/>
    <w:rPr>
      <w:rFonts w:ascii="Arial" w:hAnsi="Arial"/>
      <w:color w:val="333333"/>
      <w:sz w:val="20"/>
      <w:szCs w:val="20"/>
    </w:rPr>
  </w:style>
  <w:style w:type="paragraph" w:styleId="Objetducommentaire">
    <w:name w:val="annotation subject"/>
    <w:basedOn w:val="Commentaire"/>
    <w:next w:val="Commentaire"/>
    <w:link w:val="ObjetducommentaireCar"/>
    <w:uiPriority w:val="99"/>
    <w:semiHidden/>
    <w:unhideWhenUsed/>
    <w:rsid w:val="00FE225E"/>
    <w:rPr>
      <w:b/>
      <w:bCs/>
    </w:rPr>
  </w:style>
  <w:style w:type="character" w:styleId="ObjetducommentaireCar" w:customStyle="1">
    <w:name w:val="Objet du commentaire Car"/>
    <w:basedOn w:val="CommentaireCar"/>
    <w:link w:val="Objetducommentaire"/>
    <w:uiPriority w:val="99"/>
    <w:semiHidden/>
    <w:rsid w:val="00FE225E"/>
    <w:rPr>
      <w:rFonts w:ascii="Arial" w:hAnsi="Arial"/>
      <w:b/>
      <w:bCs/>
      <w:color w:val="333333"/>
      <w:sz w:val="20"/>
      <w:szCs w:val="20"/>
    </w:rPr>
  </w:style>
  <w:style w:type="paragraph" w:styleId="Rvision">
    <w:name w:val="Revision"/>
    <w:hidden/>
    <w:uiPriority w:val="99"/>
    <w:semiHidden/>
    <w:rsid w:val="00317AC4"/>
    <w:pPr>
      <w:spacing w:after="0" w:line="240" w:lineRule="auto"/>
    </w:pPr>
    <w:rPr>
      <w:rFonts w:ascii="Arial" w:hAnsi="Arial"/>
      <w:color w:val="333333"/>
      <w:sz w:val="20"/>
    </w:rPr>
  </w:style>
  <w:style w:type="character" w:styleId="ui-provider" w:customStyle="1">
    <w:name w:val="ui-provider"/>
    <w:basedOn w:val="Policepardfaut"/>
    <w:rsid w:val="00ED5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yperlink" Target="mailto:rgpd@destination-angers.com"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hyperlink" Target="https://boutique.destination-angers.com/" TargetMode="External" Id="rId12" /><Relationship Type="http://schemas.openxmlformats.org/officeDocument/2006/relationships/hyperlink" Target="mailto:rgpd@destination-angers.com" TargetMode="External" Id="rId17" /><Relationship Type="http://schemas.openxmlformats.org/officeDocument/2006/relationships/numbering" Target="numbering.xml" Id="rId2" /><Relationship Type="http://schemas.openxmlformats.org/officeDocument/2006/relationships/hyperlink" Target="https://tarteaucitron.io/fr/" TargetMode="Externa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hyperlink" Target="https://boutique.destination-angers.com/" TargetMode="External" Id="rId15" /><Relationship Type="http://schemas.openxmlformats.org/officeDocument/2006/relationships/hyperlink" Target="http://www.mtv.travel"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mailto:rgpd@destination-angers.com" TargetMode="External" Id="rId14" /><Relationship Type="http://schemas.openxmlformats.org/officeDocument/2006/relationships/customXml" Target="../customXml/item4.xml" Id="rId22" /><Relationship Type="http://schemas.openxmlformats.org/officeDocument/2006/relationships/comments" Target="comments.xml" Id="R97713e2e7f3d41e9" /><Relationship Type="http://schemas.microsoft.com/office/2016/09/relationships/commentsIds" Target="commentsIds.xml" Id="R0f985cd63e914d74" /><Relationship Type="http://schemas.microsoft.com/office/2011/relationships/commentsExtended" Target="commentsExtended.xml" Id="Rbfa03f0a8beb4fe4" /><Relationship Type="http://schemas.microsoft.com/office/2018/08/relationships/commentsExtensible" Target="commentsExtensible.xml" Id="Rb4fef2f06b4e4f05" /><Relationship Type="http://schemas.microsoft.com/office/2011/relationships/people" Target="people.xml" Id="Rf30a0b98d63c4c26"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34B2711BB630C46A60403A547546181" ma:contentTypeVersion="8" ma:contentTypeDescription="Crée un document." ma:contentTypeScope="" ma:versionID="5a918eb2f0102b5d32ae677bb7abd991">
  <xsd:schema xmlns:xsd="http://www.w3.org/2001/XMLSchema" xmlns:xs="http://www.w3.org/2001/XMLSchema" xmlns:p="http://schemas.microsoft.com/office/2006/metadata/properties" xmlns:ns2="71004d67-8b2c-4745-8435-8be62a67b5e0" targetNamespace="http://schemas.microsoft.com/office/2006/metadata/properties" ma:root="true" ma:fieldsID="8504ea9ec27aa2eb66246bfc3d3e17e9" ns2:_="">
    <xsd:import namespace="71004d67-8b2c-4745-8435-8be62a67b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04d67-8b2c-4745-8435-8be62a67b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f2214f9-a416-4909-b269-8832dc2c90d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004d67-8b2c-4745-8435-8be62a67b5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42598B8-CDF8-4A60-9B28-7F665C0480F8}"/>
</file>

<file path=customXml/itemProps3.xml><?xml version="1.0" encoding="utf-8"?>
<ds:datastoreItem xmlns:ds="http://schemas.openxmlformats.org/officeDocument/2006/customXml" ds:itemID="{75166FE5-11B8-4F05-8D5E-0C887C861718}"/>
</file>

<file path=customXml/itemProps4.xml><?xml version="1.0" encoding="utf-8"?>
<ds:datastoreItem xmlns:ds="http://schemas.openxmlformats.org/officeDocument/2006/customXml" ds:itemID="{24557A93-47FE-4341-99AF-13DF7A0A5B9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Helene Benoist</lastModifiedBy>
  <revision>6</revision>
  <dcterms:created xsi:type="dcterms:W3CDTF">2026-07-10T13:00:00.0000000Z</dcterms:created>
  <dcterms:modified xsi:type="dcterms:W3CDTF">2026-07-15T09:48:50.1337102Z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0x010100E34B2711BB630C46A60403A547546181</vt:lpwstr>
  </property>
  <property fmtid="{D5CDD505-2E9C-101B-9397-08002B2CF9AE}" pid="3" name="MediaServiceImageTags">
    <vt:lpwstr/>
  </property>
</Properties>
</file>